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50" w:type="dxa"/>
        <w:tblLook w:val="04A0" w:firstRow="1" w:lastRow="0" w:firstColumn="1" w:lastColumn="0" w:noHBand="0" w:noVBand="1"/>
      </w:tblPr>
      <w:tblGrid>
        <w:gridCol w:w="10750"/>
      </w:tblGrid>
      <w:tr w:rsidR="00DE74A2" w14:paraId="5A0F1385" w14:textId="77777777" w:rsidTr="00086E75">
        <w:tc>
          <w:tcPr>
            <w:tcW w:w="10750" w:type="dxa"/>
            <w:shd w:val="clear" w:color="auto" w:fill="0F3F2E"/>
            <w:tcMar>
              <w:top w:w="340" w:type="dxa"/>
              <w:left w:w="260" w:type="dxa"/>
              <w:bottom w:w="340" w:type="dxa"/>
              <w:right w:w="260" w:type="dxa"/>
            </w:tcMar>
          </w:tcPr>
          <w:p w14:paraId="25D47823" w14:textId="77464094" w:rsidR="00974155" w:rsidRDefault="00E67F64" w:rsidP="00B1207F">
            <w:pPr>
              <w:jc w:val="right"/>
              <w:rPr>
                <w:b/>
                <w:color w:val="CFFF73"/>
                <w:sz w:val="22"/>
              </w:rPr>
            </w:pPr>
            <w:r>
              <w:rPr>
                <w:b/>
                <w:noProof/>
                <w:color w:val="CFFF73"/>
                <w:sz w:val="22"/>
              </w:rPr>
              <w:drawing>
                <wp:inline distT="0" distB="0" distL="0" distR="0" wp14:anchorId="5D286307" wp14:editId="785B2543">
                  <wp:extent cx="2430349" cy="1390650"/>
                  <wp:effectExtent l="0" t="0" r="8255" b="0"/>
                  <wp:docPr id="174332815" name="Picture 1">
                    <a:extLst xmlns:a="http://schemas.openxmlformats.org/drawingml/2006/main">
                      <a:ext uri="{FF2B5EF4-FFF2-40B4-BE49-F238E27FC236}">
                        <a16:creationId xmlns:a16="http://schemas.microsoft.com/office/drawing/2014/main" id="{6DFFCFD4-77FA-4079-A55E-4718E24EE4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32815" name="Picture 174332815"/>
                          <pic:cNvPicPr/>
                        </pic:nvPicPr>
                        <pic:blipFill>
                          <a:blip r:embed="rId11"/>
                          <a:stretch>
                            <a:fillRect/>
                          </a:stretch>
                        </pic:blipFill>
                        <pic:spPr>
                          <a:xfrm>
                            <a:off x="0" y="0"/>
                            <a:ext cx="2533015" cy="1449395"/>
                          </a:xfrm>
                          <a:prstGeom prst="rect">
                            <a:avLst/>
                          </a:prstGeom>
                        </pic:spPr>
                      </pic:pic>
                    </a:graphicData>
                  </a:graphic>
                </wp:inline>
              </w:drawing>
            </w:r>
          </w:p>
          <w:p w14:paraId="031A8B03" w14:textId="5B751755" w:rsidR="00DE74A2" w:rsidRPr="006E2FBB" w:rsidRDefault="00B229CD">
            <w:pPr>
              <w:rPr>
                <w:color w:val="CFFF73"/>
              </w:rPr>
            </w:pPr>
            <w:r w:rsidRPr="006E2FBB">
              <w:rPr>
                <w:b/>
                <w:color w:val="CFFF73"/>
                <w:sz w:val="54"/>
              </w:rPr>
              <w:t>Skills Fund</w:t>
            </w:r>
          </w:p>
          <w:p w14:paraId="4FF7BBF2" w14:textId="77777777" w:rsidR="00DE74A2" w:rsidRDefault="00B229CD">
            <w:r>
              <w:rPr>
                <w:b/>
                <w:color w:val="FFFFFF"/>
                <w:sz w:val="38"/>
              </w:rPr>
              <w:t>Expression of Interest Form</w:t>
            </w:r>
          </w:p>
          <w:p w14:paraId="39FD3C80" w14:textId="77777777" w:rsidR="00DE74A2" w:rsidRDefault="00B229CD">
            <w:r>
              <w:rPr>
                <w:color w:val="EAF2EC"/>
                <w:sz w:val="22"/>
              </w:rPr>
              <w:t>Supporting skills, talent and workforce capability across Green Energy and Digital Technology.</w:t>
            </w:r>
          </w:p>
        </w:tc>
      </w:tr>
    </w:tbl>
    <w:p w14:paraId="672A6659" w14:textId="77777777" w:rsidR="00DE74A2" w:rsidRDefault="00DE74A2"/>
    <w:tbl>
      <w:tblPr>
        <w:tblW w:w="0" w:type="auto"/>
        <w:tblLook w:val="04A0" w:firstRow="1" w:lastRow="0" w:firstColumn="1" w:lastColumn="0" w:noHBand="0" w:noVBand="1"/>
      </w:tblPr>
      <w:tblGrid>
        <w:gridCol w:w="10166"/>
      </w:tblGrid>
      <w:tr w:rsidR="00DE74A2" w14:paraId="0911F293" w14:textId="77777777" w:rsidTr="2A8F4A18">
        <w:tc>
          <w:tcPr>
            <w:tcW w:w="10166" w:type="dxa"/>
            <w:tcBorders>
              <w:left w:val="single" w:sz="20" w:space="0" w:color="1C6B3A"/>
            </w:tcBorders>
            <w:shd w:val="clear" w:color="auto" w:fill="F3F8F4"/>
            <w:tcMar>
              <w:top w:w="150" w:type="dxa"/>
              <w:left w:w="120" w:type="dxa"/>
              <w:bottom w:w="150" w:type="dxa"/>
              <w:right w:w="120" w:type="dxa"/>
            </w:tcMar>
          </w:tcPr>
          <w:p w14:paraId="7C1FF41E" w14:textId="77777777" w:rsidR="00DE74A2" w:rsidRDefault="00B229CD">
            <w:r>
              <w:rPr>
                <w:b/>
                <w:color w:val="0F3F2E"/>
                <w:sz w:val="22"/>
              </w:rPr>
              <w:t>Purpose of this form</w:t>
            </w:r>
          </w:p>
          <w:p w14:paraId="102E1BDA" w14:textId="77777777" w:rsidR="00DE74A2" w:rsidRDefault="00B229CD">
            <w:r>
              <w:rPr>
                <w:sz w:val="20"/>
              </w:rPr>
              <w:t>Use this short form to tell the NESIZ team about your organisation and project idea. The information will support an initial eligibility check before an applicant is invited to complete the appropriate full application.</w:t>
            </w:r>
          </w:p>
          <w:p w14:paraId="62012E43" w14:textId="535510F3" w:rsidR="00DE74A2" w:rsidRDefault="2A8F4A18">
            <w:r w:rsidRPr="2A8F4A18">
              <w:rPr>
                <w:b/>
                <w:bCs/>
                <w:color w:val="0F3F2E"/>
                <w:sz w:val="20"/>
                <w:szCs w:val="20"/>
              </w:rPr>
              <w:t>Please read the Skills Fund prospectus and fund information document before completing this form.</w:t>
            </w:r>
          </w:p>
        </w:tc>
      </w:tr>
    </w:tbl>
    <w:p w14:paraId="0A37501D" w14:textId="77777777" w:rsidR="00DE74A2" w:rsidRDefault="00DE74A2"/>
    <w:tbl>
      <w:tblPr>
        <w:tblW w:w="0" w:type="auto"/>
        <w:jc w:val="center"/>
        <w:tblLayout w:type="fixed"/>
        <w:tblLook w:val="04A0" w:firstRow="1" w:lastRow="0" w:firstColumn="1" w:lastColumn="0" w:noHBand="0" w:noVBand="1"/>
      </w:tblPr>
      <w:tblGrid>
        <w:gridCol w:w="3168"/>
        <w:gridCol w:w="6624"/>
      </w:tblGrid>
      <w:tr w:rsidR="00DE74A2" w14:paraId="119EE6B2" w14:textId="77777777">
        <w:trPr>
          <w:jc w:val="center"/>
        </w:trPr>
        <w:tc>
          <w:tcPr>
            <w:tcW w:w="3168" w:type="dxa"/>
            <w:tcBorders>
              <w:bottom w:val="single" w:sz="5" w:space="0" w:color="D5DFD8"/>
            </w:tcBorders>
            <w:shd w:val="clear" w:color="auto" w:fill="F3F8F4"/>
            <w:tcMar>
              <w:top w:w="90" w:type="dxa"/>
              <w:left w:w="120" w:type="dxa"/>
              <w:bottom w:w="90" w:type="dxa"/>
              <w:right w:w="120" w:type="dxa"/>
            </w:tcMar>
          </w:tcPr>
          <w:p w14:paraId="08B631D5" w14:textId="77777777" w:rsidR="00DE74A2" w:rsidRDefault="00B229CD">
            <w:r>
              <w:rPr>
                <w:b/>
                <w:color w:val="0F3F2E"/>
                <w:sz w:val="20"/>
              </w:rPr>
              <w:t>Organisation name</w:t>
            </w:r>
          </w:p>
        </w:tc>
        <w:tc>
          <w:tcPr>
            <w:tcW w:w="6624" w:type="dxa"/>
            <w:tcBorders>
              <w:bottom w:val="single" w:sz="5" w:space="0" w:color="D5DFD8"/>
            </w:tcBorders>
            <w:tcMar>
              <w:top w:w="90" w:type="dxa"/>
              <w:left w:w="120" w:type="dxa"/>
              <w:bottom w:w="180" w:type="dxa"/>
              <w:right w:w="120" w:type="dxa"/>
            </w:tcMar>
          </w:tcPr>
          <w:p w14:paraId="29D6B04F" w14:textId="77777777" w:rsidR="00DE74A2" w:rsidRDefault="00B229CD">
            <w:r>
              <w:rPr>
                <w:color w:val="5F6978"/>
                <w:sz w:val="19"/>
              </w:rPr>
              <w:t xml:space="preserve"> </w:t>
            </w:r>
          </w:p>
        </w:tc>
      </w:tr>
      <w:tr w:rsidR="00DE74A2" w14:paraId="5A6544A5" w14:textId="77777777">
        <w:trPr>
          <w:jc w:val="center"/>
        </w:trPr>
        <w:tc>
          <w:tcPr>
            <w:tcW w:w="3168" w:type="dxa"/>
            <w:tcBorders>
              <w:bottom w:val="single" w:sz="5" w:space="0" w:color="D5DFD8"/>
            </w:tcBorders>
            <w:shd w:val="clear" w:color="auto" w:fill="F3F8F4"/>
            <w:tcMar>
              <w:top w:w="90" w:type="dxa"/>
              <w:left w:w="120" w:type="dxa"/>
              <w:bottom w:w="90" w:type="dxa"/>
              <w:right w:w="120" w:type="dxa"/>
            </w:tcMar>
          </w:tcPr>
          <w:p w14:paraId="1EC469CA" w14:textId="77777777" w:rsidR="00DE74A2" w:rsidRDefault="00B229CD">
            <w:r>
              <w:rPr>
                <w:b/>
                <w:color w:val="0F3F2E"/>
                <w:sz w:val="20"/>
              </w:rPr>
              <w:t>Project title</w:t>
            </w:r>
          </w:p>
        </w:tc>
        <w:tc>
          <w:tcPr>
            <w:tcW w:w="6624" w:type="dxa"/>
            <w:tcBorders>
              <w:bottom w:val="single" w:sz="5" w:space="0" w:color="D5DFD8"/>
            </w:tcBorders>
            <w:tcMar>
              <w:top w:w="90" w:type="dxa"/>
              <w:left w:w="120" w:type="dxa"/>
              <w:bottom w:w="180" w:type="dxa"/>
              <w:right w:w="120" w:type="dxa"/>
            </w:tcMar>
          </w:tcPr>
          <w:p w14:paraId="0A6959E7" w14:textId="77777777" w:rsidR="00DE74A2" w:rsidRDefault="00B229CD">
            <w:r>
              <w:rPr>
                <w:color w:val="5F6978"/>
                <w:sz w:val="19"/>
              </w:rPr>
              <w:t xml:space="preserve"> </w:t>
            </w:r>
          </w:p>
        </w:tc>
      </w:tr>
      <w:tr w:rsidR="00DE74A2" w14:paraId="4730398E" w14:textId="77777777">
        <w:trPr>
          <w:jc w:val="center"/>
        </w:trPr>
        <w:tc>
          <w:tcPr>
            <w:tcW w:w="3168" w:type="dxa"/>
            <w:tcBorders>
              <w:bottom w:val="single" w:sz="5" w:space="0" w:color="D5DFD8"/>
            </w:tcBorders>
            <w:shd w:val="clear" w:color="auto" w:fill="F3F8F4"/>
            <w:tcMar>
              <w:top w:w="90" w:type="dxa"/>
              <w:left w:w="120" w:type="dxa"/>
              <w:bottom w:w="90" w:type="dxa"/>
              <w:right w:w="120" w:type="dxa"/>
            </w:tcMar>
          </w:tcPr>
          <w:p w14:paraId="0F5288F9" w14:textId="77777777" w:rsidR="00DE74A2" w:rsidRDefault="00B229CD">
            <w:r>
              <w:rPr>
                <w:b/>
                <w:color w:val="0F3F2E"/>
                <w:sz w:val="20"/>
              </w:rPr>
              <w:t>Primary contact</w:t>
            </w:r>
          </w:p>
        </w:tc>
        <w:tc>
          <w:tcPr>
            <w:tcW w:w="6624" w:type="dxa"/>
            <w:tcBorders>
              <w:bottom w:val="single" w:sz="5" w:space="0" w:color="D5DFD8"/>
            </w:tcBorders>
            <w:tcMar>
              <w:top w:w="90" w:type="dxa"/>
              <w:left w:w="120" w:type="dxa"/>
              <w:bottom w:w="180" w:type="dxa"/>
              <w:right w:w="120" w:type="dxa"/>
            </w:tcMar>
          </w:tcPr>
          <w:p w14:paraId="100C5B58" w14:textId="77777777" w:rsidR="00DE74A2" w:rsidRDefault="00B229CD">
            <w:r>
              <w:rPr>
                <w:color w:val="5F6978"/>
                <w:sz w:val="19"/>
              </w:rPr>
              <w:t xml:space="preserve"> </w:t>
            </w:r>
          </w:p>
        </w:tc>
      </w:tr>
      <w:tr w:rsidR="00DE74A2" w14:paraId="44E61AAA" w14:textId="77777777">
        <w:trPr>
          <w:jc w:val="center"/>
        </w:trPr>
        <w:tc>
          <w:tcPr>
            <w:tcW w:w="3168" w:type="dxa"/>
            <w:tcBorders>
              <w:bottom w:val="single" w:sz="5" w:space="0" w:color="D5DFD8"/>
            </w:tcBorders>
            <w:shd w:val="clear" w:color="auto" w:fill="F3F8F4"/>
            <w:tcMar>
              <w:top w:w="90" w:type="dxa"/>
              <w:left w:w="120" w:type="dxa"/>
              <w:bottom w:w="90" w:type="dxa"/>
              <w:right w:w="120" w:type="dxa"/>
            </w:tcMar>
          </w:tcPr>
          <w:p w14:paraId="2F164460" w14:textId="77777777" w:rsidR="00DE74A2" w:rsidRDefault="00B229CD">
            <w:r>
              <w:rPr>
                <w:b/>
                <w:color w:val="0F3F2E"/>
                <w:sz w:val="20"/>
              </w:rPr>
              <w:t>Date submitted</w:t>
            </w:r>
          </w:p>
        </w:tc>
        <w:tc>
          <w:tcPr>
            <w:tcW w:w="6624" w:type="dxa"/>
            <w:tcBorders>
              <w:bottom w:val="single" w:sz="5" w:space="0" w:color="D5DFD8"/>
            </w:tcBorders>
            <w:tcMar>
              <w:top w:w="90" w:type="dxa"/>
              <w:left w:w="120" w:type="dxa"/>
              <w:bottom w:w="180" w:type="dxa"/>
              <w:right w:w="120" w:type="dxa"/>
            </w:tcMar>
          </w:tcPr>
          <w:p w14:paraId="6B6D721E" w14:textId="77777777" w:rsidR="00DE74A2" w:rsidRDefault="00B229CD">
            <w:r>
              <w:rPr>
                <w:i/>
                <w:color w:val="5F6978"/>
                <w:sz w:val="19"/>
              </w:rPr>
              <w:t>DD / MM / YYYY</w:t>
            </w:r>
          </w:p>
        </w:tc>
      </w:tr>
    </w:tbl>
    <w:p w14:paraId="5DAB6C7B" w14:textId="77777777" w:rsidR="00DE74A2" w:rsidRDefault="00DE74A2">
      <w:pPr>
        <w:spacing w:after="40"/>
      </w:pPr>
    </w:p>
    <w:p w14:paraId="2219EADF" w14:textId="77777777" w:rsidR="00DE74A2" w:rsidRDefault="00B229CD">
      <w:pPr>
        <w:spacing w:before="320"/>
        <w:jc w:val="center"/>
      </w:pPr>
      <w:r>
        <w:rPr>
          <w:b/>
          <w:color w:val="1C6B3A"/>
          <w:sz w:val="20"/>
        </w:rPr>
        <w:t>Please complete all relevant sections.</w:t>
      </w:r>
    </w:p>
    <w:p w14:paraId="02EB378F" w14:textId="77777777" w:rsidR="00DE74A2" w:rsidRDefault="00B229CD">
      <w:r>
        <w:br w:type="page"/>
      </w:r>
    </w:p>
    <w:tbl>
      <w:tblPr>
        <w:tblW w:w="0" w:type="auto"/>
        <w:jc w:val="center"/>
        <w:tblLayout w:type="fixed"/>
        <w:tblLook w:val="04A0" w:firstRow="1" w:lastRow="0" w:firstColumn="1" w:lastColumn="0" w:noHBand="0" w:noVBand="1"/>
      </w:tblPr>
      <w:tblGrid>
        <w:gridCol w:w="5083"/>
        <w:gridCol w:w="5083"/>
      </w:tblGrid>
      <w:tr w:rsidR="00DE74A2" w14:paraId="0A6E37F3" w14:textId="77777777">
        <w:trPr>
          <w:jc w:val="center"/>
        </w:trPr>
        <w:tc>
          <w:tcPr>
            <w:tcW w:w="5083" w:type="dxa"/>
            <w:shd w:val="clear" w:color="auto" w:fill="1C6B3A"/>
            <w:tcMar>
              <w:top w:w="100" w:type="dxa"/>
              <w:left w:w="120" w:type="dxa"/>
              <w:bottom w:w="100" w:type="dxa"/>
              <w:right w:w="120" w:type="dxa"/>
            </w:tcMar>
          </w:tcPr>
          <w:p w14:paraId="649841BE" w14:textId="77777777" w:rsidR="00DE74A2" w:rsidRDefault="00B229CD">
            <w:pPr>
              <w:jc w:val="center"/>
            </w:pPr>
            <w:r>
              <w:rPr>
                <w:b/>
                <w:color w:val="FFFFFF"/>
                <w:sz w:val="24"/>
              </w:rPr>
              <w:lastRenderedPageBreak/>
              <w:t>1</w:t>
            </w:r>
          </w:p>
        </w:tc>
        <w:tc>
          <w:tcPr>
            <w:tcW w:w="5083" w:type="dxa"/>
            <w:shd w:val="clear" w:color="auto" w:fill="0F3F2E"/>
            <w:tcMar>
              <w:top w:w="100" w:type="dxa"/>
              <w:left w:w="120" w:type="dxa"/>
              <w:bottom w:w="100" w:type="dxa"/>
              <w:right w:w="120" w:type="dxa"/>
            </w:tcMar>
          </w:tcPr>
          <w:p w14:paraId="3EDE11D2" w14:textId="77777777" w:rsidR="00DE74A2" w:rsidRDefault="00B229CD">
            <w:r>
              <w:rPr>
                <w:b/>
                <w:color w:val="FFFFFF"/>
                <w:sz w:val="24"/>
              </w:rPr>
              <w:t>ORGANISATION DETAILS</w:t>
            </w:r>
          </w:p>
        </w:tc>
      </w:tr>
    </w:tbl>
    <w:p w14:paraId="1F3CD7C6" w14:textId="77777777" w:rsidR="00DE74A2" w:rsidRDefault="00B229CD">
      <w:pPr>
        <w:spacing w:before="100" w:after="160"/>
      </w:pPr>
      <w:r>
        <w:rPr>
          <w:color w:val="5F6978"/>
          <w:sz w:val="19"/>
        </w:rPr>
        <w:t>Tell us who is applying and provide a main contact for this expression of interest.</w:t>
      </w:r>
    </w:p>
    <w:tbl>
      <w:tblPr>
        <w:tblW w:w="0" w:type="auto"/>
        <w:jc w:val="center"/>
        <w:tblLayout w:type="fixed"/>
        <w:tblLook w:val="04A0" w:firstRow="1" w:lastRow="0" w:firstColumn="1" w:lastColumn="0" w:noHBand="0" w:noVBand="1"/>
      </w:tblPr>
      <w:tblGrid>
        <w:gridCol w:w="3355"/>
        <w:gridCol w:w="6624"/>
      </w:tblGrid>
      <w:tr w:rsidR="00DE74A2" w14:paraId="0DEDD343" w14:textId="77777777" w:rsidTr="002B0248">
        <w:trPr>
          <w:jc w:val="center"/>
        </w:trPr>
        <w:tc>
          <w:tcPr>
            <w:tcW w:w="3355" w:type="dxa"/>
            <w:tcBorders>
              <w:bottom w:val="single" w:sz="5" w:space="0" w:color="D5DFD8"/>
            </w:tcBorders>
            <w:shd w:val="clear" w:color="auto" w:fill="F3F8F4"/>
            <w:tcMar>
              <w:top w:w="90" w:type="dxa"/>
              <w:left w:w="120" w:type="dxa"/>
              <w:bottom w:w="90" w:type="dxa"/>
              <w:right w:w="120" w:type="dxa"/>
            </w:tcMar>
          </w:tcPr>
          <w:p w14:paraId="579949E4" w14:textId="77777777" w:rsidR="00DE74A2" w:rsidRDefault="00B229CD">
            <w:r>
              <w:rPr>
                <w:b/>
                <w:color w:val="0F3F2E"/>
                <w:sz w:val="20"/>
              </w:rPr>
              <w:t>Organisation name</w:t>
            </w:r>
          </w:p>
        </w:tc>
        <w:tc>
          <w:tcPr>
            <w:tcW w:w="6624" w:type="dxa"/>
            <w:tcBorders>
              <w:bottom w:val="single" w:sz="5" w:space="0" w:color="D5DFD8"/>
            </w:tcBorders>
            <w:tcMar>
              <w:top w:w="90" w:type="dxa"/>
              <w:left w:w="120" w:type="dxa"/>
              <w:bottom w:w="180" w:type="dxa"/>
              <w:right w:w="120" w:type="dxa"/>
            </w:tcMar>
          </w:tcPr>
          <w:p w14:paraId="12F40E89" w14:textId="77777777" w:rsidR="00DE74A2" w:rsidRDefault="00B229CD">
            <w:r>
              <w:rPr>
                <w:color w:val="5F6978"/>
                <w:sz w:val="19"/>
              </w:rPr>
              <w:t xml:space="preserve"> </w:t>
            </w:r>
          </w:p>
        </w:tc>
      </w:tr>
      <w:tr w:rsidR="00DE74A2" w14:paraId="027C6219" w14:textId="77777777" w:rsidTr="002B0248">
        <w:trPr>
          <w:jc w:val="center"/>
        </w:trPr>
        <w:tc>
          <w:tcPr>
            <w:tcW w:w="3355" w:type="dxa"/>
            <w:tcBorders>
              <w:bottom w:val="single" w:sz="5" w:space="0" w:color="D5DFD8"/>
            </w:tcBorders>
            <w:shd w:val="clear" w:color="auto" w:fill="F3F8F4"/>
            <w:tcMar>
              <w:top w:w="90" w:type="dxa"/>
              <w:left w:w="120" w:type="dxa"/>
              <w:bottom w:w="90" w:type="dxa"/>
              <w:right w:w="120" w:type="dxa"/>
            </w:tcMar>
          </w:tcPr>
          <w:p w14:paraId="7C54DB2E" w14:textId="77777777" w:rsidR="00DE74A2" w:rsidRDefault="00B229CD">
            <w:r>
              <w:rPr>
                <w:b/>
                <w:color w:val="0F3F2E"/>
                <w:sz w:val="20"/>
              </w:rPr>
              <w:t>Registered address</w:t>
            </w:r>
          </w:p>
        </w:tc>
        <w:tc>
          <w:tcPr>
            <w:tcW w:w="6624" w:type="dxa"/>
            <w:tcBorders>
              <w:bottom w:val="single" w:sz="5" w:space="0" w:color="D5DFD8"/>
            </w:tcBorders>
            <w:tcMar>
              <w:top w:w="90" w:type="dxa"/>
              <w:left w:w="120" w:type="dxa"/>
              <w:bottom w:w="180" w:type="dxa"/>
              <w:right w:w="120" w:type="dxa"/>
            </w:tcMar>
          </w:tcPr>
          <w:p w14:paraId="608DEACE" w14:textId="77777777" w:rsidR="00DE74A2" w:rsidRDefault="00B229CD">
            <w:r>
              <w:rPr>
                <w:color w:val="5F6978"/>
                <w:sz w:val="19"/>
              </w:rPr>
              <w:t xml:space="preserve"> </w:t>
            </w:r>
          </w:p>
        </w:tc>
      </w:tr>
      <w:tr w:rsidR="00DE74A2" w14:paraId="4486FC47" w14:textId="77777777" w:rsidTr="002B0248">
        <w:trPr>
          <w:jc w:val="center"/>
        </w:trPr>
        <w:tc>
          <w:tcPr>
            <w:tcW w:w="3355" w:type="dxa"/>
            <w:tcBorders>
              <w:bottom w:val="single" w:sz="5" w:space="0" w:color="D5DFD8"/>
            </w:tcBorders>
            <w:shd w:val="clear" w:color="auto" w:fill="F3F8F4"/>
            <w:tcMar>
              <w:top w:w="90" w:type="dxa"/>
              <w:left w:w="120" w:type="dxa"/>
              <w:bottom w:w="90" w:type="dxa"/>
              <w:right w:w="120" w:type="dxa"/>
            </w:tcMar>
          </w:tcPr>
          <w:p w14:paraId="2312CEE1" w14:textId="77777777" w:rsidR="00DE74A2" w:rsidRDefault="00B229CD">
            <w:r>
              <w:rPr>
                <w:b/>
                <w:color w:val="0F3F2E"/>
                <w:sz w:val="20"/>
              </w:rPr>
              <w:t>Postcode</w:t>
            </w:r>
          </w:p>
        </w:tc>
        <w:tc>
          <w:tcPr>
            <w:tcW w:w="6624" w:type="dxa"/>
            <w:tcBorders>
              <w:bottom w:val="single" w:sz="5" w:space="0" w:color="D5DFD8"/>
            </w:tcBorders>
            <w:tcMar>
              <w:top w:w="90" w:type="dxa"/>
              <w:left w:w="120" w:type="dxa"/>
              <w:bottom w:w="180" w:type="dxa"/>
              <w:right w:w="120" w:type="dxa"/>
            </w:tcMar>
          </w:tcPr>
          <w:p w14:paraId="2BAC6FC9" w14:textId="77777777" w:rsidR="00DE74A2" w:rsidRDefault="00B229CD">
            <w:r>
              <w:rPr>
                <w:color w:val="5F6978"/>
                <w:sz w:val="19"/>
              </w:rPr>
              <w:t xml:space="preserve"> </w:t>
            </w:r>
          </w:p>
        </w:tc>
      </w:tr>
      <w:tr w:rsidR="00DE74A2" w14:paraId="3F658475" w14:textId="77777777" w:rsidTr="002B0248">
        <w:trPr>
          <w:jc w:val="center"/>
        </w:trPr>
        <w:tc>
          <w:tcPr>
            <w:tcW w:w="3355" w:type="dxa"/>
            <w:tcBorders>
              <w:bottom w:val="single" w:sz="5" w:space="0" w:color="D5DFD8"/>
            </w:tcBorders>
            <w:shd w:val="clear" w:color="auto" w:fill="F3F8F4"/>
            <w:tcMar>
              <w:top w:w="90" w:type="dxa"/>
              <w:left w:w="120" w:type="dxa"/>
              <w:bottom w:w="90" w:type="dxa"/>
              <w:right w:w="120" w:type="dxa"/>
            </w:tcMar>
          </w:tcPr>
          <w:p w14:paraId="14E062B7" w14:textId="77777777" w:rsidR="00DE74A2" w:rsidRDefault="00B229CD">
            <w:r>
              <w:rPr>
                <w:b/>
                <w:color w:val="0F3F2E"/>
                <w:sz w:val="20"/>
              </w:rPr>
              <w:t>Organisation website</w:t>
            </w:r>
          </w:p>
        </w:tc>
        <w:tc>
          <w:tcPr>
            <w:tcW w:w="6624" w:type="dxa"/>
            <w:tcBorders>
              <w:bottom w:val="single" w:sz="5" w:space="0" w:color="D5DFD8"/>
            </w:tcBorders>
            <w:tcMar>
              <w:top w:w="90" w:type="dxa"/>
              <w:left w:w="120" w:type="dxa"/>
              <w:bottom w:w="180" w:type="dxa"/>
              <w:right w:w="120" w:type="dxa"/>
            </w:tcMar>
          </w:tcPr>
          <w:p w14:paraId="156A6281" w14:textId="77777777" w:rsidR="00DE74A2" w:rsidRDefault="00B229CD">
            <w:r>
              <w:rPr>
                <w:color w:val="5F6978"/>
                <w:sz w:val="19"/>
              </w:rPr>
              <w:t xml:space="preserve"> </w:t>
            </w:r>
          </w:p>
        </w:tc>
      </w:tr>
      <w:tr w:rsidR="00DE74A2" w14:paraId="4B54284B" w14:textId="77777777" w:rsidTr="002B0248">
        <w:trPr>
          <w:jc w:val="center"/>
        </w:trPr>
        <w:tc>
          <w:tcPr>
            <w:tcW w:w="3355" w:type="dxa"/>
            <w:tcBorders>
              <w:bottom w:val="single" w:sz="5" w:space="0" w:color="D5DFD8"/>
            </w:tcBorders>
            <w:shd w:val="clear" w:color="auto" w:fill="F3F8F4"/>
            <w:tcMar>
              <w:top w:w="90" w:type="dxa"/>
              <w:left w:w="120" w:type="dxa"/>
              <w:bottom w:w="90" w:type="dxa"/>
              <w:right w:w="120" w:type="dxa"/>
            </w:tcMar>
          </w:tcPr>
          <w:p w14:paraId="7A40A7F9" w14:textId="77777777" w:rsidR="00DE74A2" w:rsidRDefault="00B229CD">
            <w:r>
              <w:rPr>
                <w:b/>
                <w:color w:val="0F3F2E"/>
                <w:sz w:val="20"/>
              </w:rPr>
              <w:t>Primary contact name</w:t>
            </w:r>
          </w:p>
        </w:tc>
        <w:tc>
          <w:tcPr>
            <w:tcW w:w="6624" w:type="dxa"/>
            <w:tcBorders>
              <w:bottom w:val="single" w:sz="5" w:space="0" w:color="D5DFD8"/>
            </w:tcBorders>
            <w:tcMar>
              <w:top w:w="90" w:type="dxa"/>
              <w:left w:w="120" w:type="dxa"/>
              <w:bottom w:w="180" w:type="dxa"/>
              <w:right w:w="120" w:type="dxa"/>
            </w:tcMar>
          </w:tcPr>
          <w:p w14:paraId="20876B09" w14:textId="77777777" w:rsidR="00DE74A2" w:rsidRDefault="00B229CD">
            <w:r>
              <w:rPr>
                <w:color w:val="5F6978"/>
                <w:sz w:val="19"/>
              </w:rPr>
              <w:t xml:space="preserve"> </w:t>
            </w:r>
          </w:p>
        </w:tc>
      </w:tr>
      <w:tr w:rsidR="00DE74A2" w14:paraId="61370CA1" w14:textId="77777777" w:rsidTr="002B0248">
        <w:trPr>
          <w:jc w:val="center"/>
        </w:trPr>
        <w:tc>
          <w:tcPr>
            <w:tcW w:w="3355" w:type="dxa"/>
            <w:tcBorders>
              <w:bottom w:val="single" w:sz="5" w:space="0" w:color="D5DFD8"/>
            </w:tcBorders>
            <w:shd w:val="clear" w:color="auto" w:fill="F3F8F4"/>
            <w:tcMar>
              <w:top w:w="90" w:type="dxa"/>
              <w:left w:w="120" w:type="dxa"/>
              <w:bottom w:w="90" w:type="dxa"/>
              <w:right w:w="120" w:type="dxa"/>
            </w:tcMar>
          </w:tcPr>
          <w:p w14:paraId="5F4D2911" w14:textId="77777777" w:rsidR="00DE74A2" w:rsidRDefault="00B229CD">
            <w:r>
              <w:rPr>
                <w:b/>
                <w:color w:val="0F3F2E"/>
                <w:sz w:val="20"/>
              </w:rPr>
              <w:t>Job title</w:t>
            </w:r>
          </w:p>
        </w:tc>
        <w:tc>
          <w:tcPr>
            <w:tcW w:w="6624" w:type="dxa"/>
            <w:tcBorders>
              <w:bottom w:val="single" w:sz="5" w:space="0" w:color="D5DFD8"/>
            </w:tcBorders>
            <w:tcMar>
              <w:top w:w="90" w:type="dxa"/>
              <w:left w:w="120" w:type="dxa"/>
              <w:bottom w:w="180" w:type="dxa"/>
              <w:right w:w="120" w:type="dxa"/>
            </w:tcMar>
          </w:tcPr>
          <w:p w14:paraId="10146664" w14:textId="77777777" w:rsidR="00DE74A2" w:rsidRDefault="00B229CD">
            <w:r>
              <w:rPr>
                <w:color w:val="5F6978"/>
                <w:sz w:val="19"/>
              </w:rPr>
              <w:t xml:space="preserve"> </w:t>
            </w:r>
          </w:p>
        </w:tc>
      </w:tr>
      <w:tr w:rsidR="00DE74A2" w14:paraId="1C142319" w14:textId="77777777" w:rsidTr="002B0248">
        <w:trPr>
          <w:jc w:val="center"/>
        </w:trPr>
        <w:tc>
          <w:tcPr>
            <w:tcW w:w="3355" w:type="dxa"/>
            <w:tcBorders>
              <w:bottom w:val="single" w:sz="5" w:space="0" w:color="D5DFD8"/>
            </w:tcBorders>
            <w:shd w:val="clear" w:color="auto" w:fill="F3F8F4"/>
            <w:tcMar>
              <w:top w:w="90" w:type="dxa"/>
              <w:left w:w="120" w:type="dxa"/>
              <w:bottom w:w="90" w:type="dxa"/>
              <w:right w:w="120" w:type="dxa"/>
            </w:tcMar>
          </w:tcPr>
          <w:p w14:paraId="58C6109E" w14:textId="77777777" w:rsidR="00DE74A2" w:rsidRDefault="00B229CD">
            <w:r>
              <w:rPr>
                <w:b/>
                <w:color w:val="0F3F2E"/>
                <w:sz w:val="20"/>
              </w:rPr>
              <w:t>Email address</w:t>
            </w:r>
          </w:p>
        </w:tc>
        <w:tc>
          <w:tcPr>
            <w:tcW w:w="6624" w:type="dxa"/>
            <w:tcBorders>
              <w:bottom w:val="single" w:sz="5" w:space="0" w:color="D5DFD8"/>
            </w:tcBorders>
            <w:tcMar>
              <w:top w:w="90" w:type="dxa"/>
              <w:left w:w="120" w:type="dxa"/>
              <w:bottom w:w="180" w:type="dxa"/>
              <w:right w:w="120" w:type="dxa"/>
            </w:tcMar>
          </w:tcPr>
          <w:p w14:paraId="5B68B9CD" w14:textId="77777777" w:rsidR="00DE74A2" w:rsidRDefault="00B229CD">
            <w:r>
              <w:rPr>
                <w:color w:val="5F6978"/>
                <w:sz w:val="19"/>
              </w:rPr>
              <w:t xml:space="preserve"> </w:t>
            </w:r>
          </w:p>
        </w:tc>
      </w:tr>
      <w:tr w:rsidR="00DE74A2" w14:paraId="5F116DB1" w14:textId="77777777" w:rsidTr="002B0248">
        <w:trPr>
          <w:jc w:val="center"/>
        </w:trPr>
        <w:tc>
          <w:tcPr>
            <w:tcW w:w="3355" w:type="dxa"/>
            <w:tcBorders>
              <w:bottom w:val="single" w:sz="5" w:space="0" w:color="D5DFD8"/>
            </w:tcBorders>
            <w:shd w:val="clear" w:color="auto" w:fill="F3F8F4"/>
            <w:tcMar>
              <w:top w:w="90" w:type="dxa"/>
              <w:left w:w="120" w:type="dxa"/>
              <w:bottom w:w="90" w:type="dxa"/>
              <w:right w:w="120" w:type="dxa"/>
            </w:tcMar>
          </w:tcPr>
          <w:p w14:paraId="72AD11C8" w14:textId="77777777" w:rsidR="00DE74A2" w:rsidRDefault="00B229CD">
            <w:r>
              <w:rPr>
                <w:b/>
                <w:color w:val="0F3F2E"/>
                <w:sz w:val="20"/>
              </w:rPr>
              <w:t>Telephone number</w:t>
            </w:r>
          </w:p>
        </w:tc>
        <w:tc>
          <w:tcPr>
            <w:tcW w:w="6624" w:type="dxa"/>
            <w:tcBorders>
              <w:bottom w:val="single" w:sz="5" w:space="0" w:color="D5DFD8"/>
            </w:tcBorders>
            <w:tcMar>
              <w:top w:w="90" w:type="dxa"/>
              <w:left w:w="120" w:type="dxa"/>
              <w:bottom w:w="180" w:type="dxa"/>
              <w:right w:w="120" w:type="dxa"/>
            </w:tcMar>
          </w:tcPr>
          <w:p w14:paraId="1B7172F4" w14:textId="77777777" w:rsidR="00DE74A2" w:rsidRDefault="00B229CD">
            <w:r>
              <w:rPr>
                <w:color w:val="5F6978"/>
                <w:sz w:val="19"/>
              </w:rPr>
              <w:t xml:space="preserve"> </w:t>
            </w:r>
          </w:p>
        </w:tc>
      </w:tr>
    </w:tbl>
    <w:p w14:paraId="6A05A809" w14:textId="77777777" w:rsidR="00DE74A2" w:rsidRDefault="00DE74A2">
      <w:pPr>
        <w:spacing w:after="40"/>
      </w:pPr>
    </w:p>
    <w:p w14:paraId="5C55256F" w14:textId="77777777" w:rsidR="00DE74A2" w:rsidRDefault="00B229CD">
      <w:pPr>
        <w:pStyle w:val="Question"/>
      </w:pPr>
      <w:r>
        <w:t>Organisation type</w:t>
      </w:r>
    </w:p>
    <w:tbl>
      <w:tblPr>
        <w:tblW w:w="0" w:type="auto"/>
        <w:jc w:val="center"/>
        <w:tblLayout w:type="fixed"/>
        <w:tblLook w:val="04A0" w:firstRow="1" w:lastRow="0" w:firstColumn="1" w:lastColumn="0" w:noHBand="0" w:noVBand="1"/>
      </w:tblPr>
      <w:tblGrid>
        <w:gridCol w:w="5083"/>
        <w:gridCol w:w="5083"/>
      </w:tblGrid>
      <w:tr w:rsidR="00DE74A2" w14:paraId="521BABDE" w14:textId="77777777">
        <w:trPr>
          <w:jc w:val="center"/>
        </w:trPr>
        <w:tc>
          <w:tcPr>
            <w:tcW w:w="5083" w:type="dxa"/>
            <w:tcBorders>
              <w:bottom w:val="nil"/>
            </w:tcBorders>
            <w:tcMar>
              <w:top w:w="45" w:type="dxa"/>
              <w:left w:w="80" w:type="dxa"/>
              <w:bottom w:w="45" w:type="dxa"/>
              <w:right w:w="80" w:type="dxa"/>
            </w:tcMar>
          </w:tcPr>
          <w:p w14:paraId="1EF0166A" w14:textId="77777777" w:rsidR="00DE74A2" w:rsidRDefault="00B229CD">
            <w:proofErr w:type="gramStart"/>
            <w:r>
              <w:rPr>
                <w:sz w:val="20"/>
              </w:rPr>
              <w:t>☐  Educational</w:t>
            </w:r>
            <w:proofErr w:type="gramEnd"/>
            <w:r>
              <w:rPr>
                <w:sz w:val="20"/>
              </w:rPr>
              <w:t xml:space="preserve"> institution</w:t>
            </w:r>
          </w:p>
        </w:tc>
        <w:tc>
          <w:tcPr>
            <w:tcW w:w="5083" w:type="dxa"/>
            <w:tcBorders>
              <w:bottom w:val="nil"/>
            </w:tcBorders>
            <w:tcMar>
              <w:top w:w="45" w:type="dxa"/>
              <w:left w:w="80" w:type="dxa"/>
              <w:bottom w:w="45" w:type="dxa"/>
              <w:right w:w="80" w:type="dxa"/>
            </w:tcMar>
          </w:tcPr>
          <w:p w14:paraId="49E88267" w14:textId="77777777" w:rsidR="00DE74A2" w:rsidRDefault="00B229CD">
            <w:proofErr w:type="gramStart"/>
            <w:r>
              <w:rPr>
                <w:sz w:val="20"/>
              </w:rPr>
              <w:t>☐  Charity</w:t>
            </w:r>
            <w:proofErr w:type="gramEnd"/>
          </w:p>
        </w:tc>
      </w:tr>
      <w:tr w:rsidR="00DE74A2" w14:paraId="03BED78A" w14:textId="77777777">
        <w:trPr>
          <w:jc w:val="center"/>
        </w:trPr>
        <w:tc>
          <w:tcPr>
            <w:tcW w:w="5083" w:type="dxa"/>
            <w:tcBorders>
              <w:bottom w:val="nil"/>
            </w:tcBorders>
            <w:tcMar>
              <w:top w:w="45" w:type="dxa"/>
              <w:left w:w="80" w:type="dxa"/>
              <w:bottom w:w="45" w:type="dxa"/>
              <w:right w:w="80" w:type="dxa"/>
            </w:tcMar>
          </w:tcPr>
          <w:p w14:paraId="0872B9FD" w14:textId="77777777" w:rsidR="00DE74A2" w:rsidRDefault="00B229CD">
            <w:proofErr w:type="gramStart"/>
            <w:r>
              <w:rPr>
                <w:sz w:val="20"/>
              </w:rPr>
              <w:t>☐  Community</w:t>
            </w:r>
            <w:proofErr w:type="gramEnd"/>
            <w:r>
              <w:rPr>
                <w:sz w:val="20"/>
              </w:rPr>
              <w:t xml:space="preserve"> Interest Company (CIC)</w:t>
            </w:r>
          </w:p>
        </w:tc>
        <w:tc>
          <w:tcPr>
            <w:tcW w:w="5083" w:type="dxa"/>
            <w:tcBorders>
              <w:bottom w:val="nil"/>
            </w:tcBorders>
            <w:tcMar>
              <w:top w:w="45" w:type="dxa"/>
              <w:left w:w="80" w:type="dxa"/>
              <w:bottom w:w="45" w:type="dxa"/>
              <w:right w:w="80" w:type="dxa"/>
            </w:tcMar>
          </w:tcPr>
          <w:p w14:paraId="2703403B" w14:textId="77777777" w:rsidR="00DE74A2" w:rsidRDefault="00B229CD">
            <w:proofErr w:type="gramStart"/>
            <w:r>
              <w:rPr>
                <w:sz w:val="20"/>
              </w:rPr>
              <w:t>☐  Social</w:t>
            </w:r>
            <w:proofErr w:type="gramEnd"/>
            <w:r>
              <w:rPr>
                <w:sz w:val="20"/>
              </w:rPr>
              <w:t xml:space="preserve"> enterprise</w:t>
            </w:r>
          </w:p>
        </w:tc>
      </w:tr>
      <w:tr w:rsidR="00DE74A2" w14:paraId="38F203DF" w14:textId="77777777">
        <w:trPr>
          <w:jc w:val="center"/>
        </w:trPr>
        <w:tc>
          <w:tcPr>
            <w:tcW w:w="5083" w:type="dxa"/>
            <w:tcBorders>
              <w:bottom w:val="nil"/>
            </w:tcBorders>
            <w:tcMar>
              <w:top w:w="45" w:type="dxa"/>
              <w:left w:w="80" w:type="dxa"/>
              <w:bottom w:w="45" w:type="dxa"/>
              <w:right w:w="80" w:type="dxa"/>
            </w:tcMar>
          </w:tcPr>
          <w:p w14:paraId="27A244BF" w14:textId="77777777" w:rsidR="00DE74A2" w:rsidRDefault="00B229CD">
            <w:proofErr w:type="gramStart"/>
            <w:r>
              <w:rPr>
                <w:sz w:val="20"/>
              </w:rPr>
              <w:t>☐  Community</w:t>
            </w:r>
            <w:proofErr w:type="gramEnd"/>
            <w:r>
              <w:rPr>
                <w:sz w:val="20"/>
              </w:rPr>
              <w:t xml:space="preserve"> or not-for-profit group</w:t>
            </w:r>
          </w:p>
        </w:tc>
        <w:tc>
          <w:tcPr>
            <w:tcW w:w="5083" w:type="dxa"/>
            <w:tcBorders>
              <w:bottom w:val="nil"/>
            </w:tcBorders>
            <w:tcMar>
              <w:top w:w="45" w:type="dxa"/>
              <w:left w:w="80" w:type="dxa"/>
              <w:bottom w:w="45" w:type="dxa"/>
              <w:right w:w="80" w:type="dxa"/>
            </w:tcMar>
          </w:tcPr>
          <w:p w14:paraId="4A194C3E" w14:textId="77777777" w:rsidR="00DE74A2" w:rsidRDefault="00B229CD">
            <w:proofErr w:type="gramStart"/>
            <w:r>
              <w:rPr>
                <w:sz w:val="20"/>
              </w:rPr>
              <w:t>☐  Co</w:t>
            </w:r>
            <w:proofErr w:type="gramEnd"/>
            <w:r>
              <w:rPr>
                <w:sz w:val="20"/>
              </w:rPr>
              <w:t>-operative, trust or trust port</w:t>
            </w:r>
          </w:p>
        </w:tc>
      </w:tr>
      <w:tr w:rsidR="00DE74A2" w14:paraId="4F49E169" w14:textId="77777777">
        <w:trPr>
          <w:jc w:val="center"/>
        </w:trPr>
        <w:tc>
          <w:tcPr>
            <w:tcW w:w="5083" w:type="dxa"/>
            <w:tcBorders>
              <w:bottom w:val="nil"/>
            </w:tcBorders>
            <w:tcMar>
              <w:top w:w="45" w:type="dxa"/>
              <w:left w:w="80" w:type="dxa"/>
              <w:bottom w:w="45" w:type="dxa"/>
              <w:right w:w="80" w:type="dxa"/>
            </w:tcMar>
          </w:tcPr>
          <w:p w14:paraId="7E0B9790" w14:textId="77777777" w:rsidR="00DE74A2" w:rsidRDefault="00B229CD">
            <w:proofErr w:type="gramStart"/>
            <w:r>
              <w:rPr>
                <w:sz w:val="20"/>
              </w:rPr>
              <w:t>☐  Small</w:t>
            </w:r>
            <w:proofErr w:type="gramEnd"/>
            <w:r>
              <w:rPr>
                <w:sz w:val="20"/>
              </w:rPr>
              <w:t xml:space="preserve"> or medium-sized enterprise</w:t>
            </w:r>
          </w:p>
        </w:tc>
        <w:tc>
          <w:tcPr>
            <w:tcW w:w="5083" w:type="dxa"/>
            <w:tcBorders>
              <w:bottom w:val="nil"/>
            </w:tcBorders>
            <w:tcMar>
              <w:top w:w="45" w:type="dxa"/>
              <w:left w:w="80" w:type="dxa"/>
              <w:bottom w:w="45" w:type="dxa"/>
              <w:right w:w="80" w:type="dxa"/>
            </w:tcMar>
          </w:tcPr>
          <w:p w14:paraId="335C19A9" w14:textId="77777777" w:rsidR="00DE74A2" w:rsidRDefault="00B229CD">
            <w:proofErr w:type="gramStart"/>
            <w:r>
              <w:rPr>
                <w:sz w:val="20"/>
              </w:rPr>
              <w:t>☐  Large</w:t>
            </w:r>
            <w:proofErr w:type="gramEnd"/>
            <w:r>
              <w:rPr>
                <w:sz w:val="20"/>
              </w:rPr>
              <w:t xml:space="preserve"> enterprise</w:t>
            </w:r>
          </w:p>
        </w:tc>
      </w:tr>
      <w:tr w:rsidR="00DE74A2" w14:paraId="0D4C29BF" w14:textId="77777777">
        <w:trPr>
          <w:jc w:val="center"/>
        </w:trPr>
        <w:tc>
          <w:tcPr>
            <w:tcW w:w="5083" w:type="dxa"/>
            <w:tcBorders>
              <w:bottom w:val="nil"/>
            </w:tcBorders>
            <w:tcMar>
              <w:top w:w="45" w:type="dxa"/>
              <w:left w:w="80" w:type="dxa"/>
              <w:bottom w:w="45" w:type="dxa"/>
              <w:right w:w="80" w:type="dxa"/>
            </w:tcMar>
          </w:tcPr>
          <w:p w14:paraId="1605B8B5" w14:textId="77777777" w:rsidR="00DE74A2" w:rsidRDefault="00B229CD">
            <w:proofErr w:type="gramStart"/>
            <w:r>
              <w:rPr>
                <w:sz w:val="20"/>
              </w:rPr>
              <w:t>☐  Public</w:t>
            </w:r>
            <w:proofErr w:type="gramEnd"/>
            <w:r>
              <w:rPr>
                <w:sz w:val="20"/>
              </w:rPr>
              <w:t xml:space="preserve"> sector organisation</w:t>
            </w:r>
          </w:p>
        </w:tc>
        <w:tc>
          <w:tcPr>
            <w:tcW w:w="5083" w:type="dxa"/>
            <w:tcBorders>
              <w:bottom w:val="nil"/>
            </w:tcBorders>
            <w:tcMar>
              <w:top w:w="45" w:type="dxa"/>
              <w:left w:w="80" w:type="dxa"/>
              <w:bottom w:w="45" w:type="dxa"/>
              <w:right w:w="80" w:type="dxa"/>
            </w:tcMar>
          </w:tcPr>
          <w:p w14:paraId="3CFC6B72" w14:textId="77777777" w:rsidR="00DE74A2" w:rsidRDefault="00B229CD">
            <w:proofErr w:type="gramStart"/>
            <w:r>
              <w:rPr>
                <w:sz w:val="20"/>
              </w:rPr>
              <w:t>☐  Sole</w:t>
            </w:r>
            <w:proofErr w:type="gramEnd"/>
            <w:r>
              <w:rPr>
                <w:sz w:val="20"/>
              </w:rPr>
              <w:t xml:space="preserve"> trader</w:t>
            </w:r>
          </w:p>
        </w:tc>
      </w:tr>
      <w:tr w:rsidR="00DE74A2" w14:paraId="0E1AC469" w14:textId="77777777">
        <w:trPr>
          <w:jc w:val="center"/>
        </w:trPr>
        <w:tc>
          <w:tcPr>
            <w:tcW w:w="5083" w:type="dxa"/>
            <w:tcBorders>
              <w:bottom w:val="nil"/>
            </w:tcBorders>
            <w:tcMar>
              <w:top w:w="45" w:type="dxa"/>
              <w:left w:w="80" w:type="dxa"/>
              <w:bottom w:w="45" w:type="dxa"/>
              <w:right w:w="80" w:type="dxa"/>
            </w:tcMar>
          </w:tcPr>
          <w:p w14:paraId="1A209040" w14:textId="77777777" w:rsidR="00DE74A2" w:rsidRDefault="00B229CD">
            <w:proofErr w:type="gramStart"/>
            <w:r>
              <w:rPr>
                <w:sz w:val="20"/>
              </w:rPr>
              <w:t>☐  Other</w:t>
            </w:r>
            <w:proofErr w:type="gramEnd"/>
            <w:r>
              <w:rPr>
                <w:sz w:val="20"/>
              </w:rPr>
              <w:t xml:space="preserve"> - please specify: ________________________</w:t>
            </w:r>
          </w:p>
        </w:tc>
        <w:tc>
          <w:tcPr>
            <w:tcW w:w="5083" w:type="dxa"/>
            <w:tcBorders>
              <w:bottom w:val="nil"/>
            </w:tcBorders>
            <w:tcMar>
              <w:top w:w="45" w:type="dxa"/>
              <w:left w:w="80" w:type="dxa"/>
              <w:bottom w:w="45" w:type="dxa"/>
              <w:right w:w="80" w:type="dxa"/>
            </w:tcMar>
          </w:tcPr>
          <w:p w14:paraId="5A39BBE3" w14:textId="77777777" w:rsidR="00DE74A2" w:rsidRDefault="00DE74A2"/>
        </w:tc>
      </w:tr>
    </w:tbl>
    <w:p w14:paraId="41C8F396" w14:textId="77777777" w:rsidR="00DE74A2" w:rsidRDefault="00DE74A2">
      <w:pPr>
        <w:spacing w:after="20"/>
      </w:pPr>
    </w:p>
    <w:p w14:paraId="72A3D3EC" w14:textId="77777777" w:rsidR="00DE74A2" w:rsidRDefault="00B229CD">
      <w:r>
        <w:br w:type="page"/>
      </w:r>
    </w:p>
    <w:tbl>
      <w:tblPr>
        <w:tblW w:w="0" w:type="auto"/>
        <w:jc w:val="center"/>
        <w:tblLayout w:type="fixed"/>
        <w:tblLook w:val="04A0" w:firstRow="1" w:lastRow="0" w:firstColumn="1" w:lastColumn="0" w:noHBand="0" w:noVBand="1"/>
      </w:tblPr>
      <w:tblGrid>
        <w:gridCol w:w="5083"/>
        <w:gridCol w:w="5083"/>
      </w:tblGrid>
      <w:tr w:rsidR="00DE74A2" w14:paraId="0444C1C7" w14:textId="77777777" w:rsidTr="004750A1">
        <w:trPr>
          <w:jc w:val="center"/>
        </w:trPr>
        <w:tc>
          <w:tcPr>
            <w:tcW w:w="5083" w:type="dxa"/>
            <w:shd w:val="clear" w:color="auto" w:fill="1C6B3A"/>
            <w:tcMar>
              <w:top w:w="100" w:type="dxa"/>
              <w:left w:w="120" w:type="dxa"/>
              <w:bottom w:w="100" w:type="dxa"/>
              <w:right w:w="120" w:type="dxa"/>
            </w:tcMar>
            <w:vAlign w:val="center"/>
          </w:tcPr>
          <w:p w14:paraId="18F999B5" w14:textId="77777777" w:rsidR="00DE74A2" w:rsidRDefault="00B229CD" w:rsidP="004750A1">
            <w:pPr>
              <w:jc w:val="center"/>
            </w:pPr>
            <w:r>
              <w:rPr>
                <w:b/>
                <w:color w:val="FFFFFF"/>
                <w:sz w:val="24"/>
              </w:rPr>
              <w:lastRenderedPageBreak/>
              <w:t>2</w:t>
            </w:r>
          </w:p>
        </w:tc>
        <w:tc>
          <w:tcPr>
            <w:tcW w:w="5083" w:type="dxa"/>
            <w:shd w:val="clear" w:color="auto" w:fill="0F3F2E"/>
            <w:tcMar>
              <w:top w:w="100" w:type="dxa"/>
              <w:left w:w="120" w:type="dxa"/>
              <w:bottom w:w="100" w:type="dxa"/>
              <w:right w:w="120" w:type="dxa"/>
            </w:tcMar>
            <w:vAlign w:val="center"/>
          </w:tcPr>
          <w:p w14:paraId="62ED5810" w14:textId="77777777" w:rsidR="00DE74A2" w:rsidRDefault="00B229CD" w:rsidP="004750A1">
            <w:r>
              <w:rPr>
                <w:b/>
                <w:color w:val="FFFFFF"/>
                <w:sz w:val="24"/>
              </w:rPr>
              <w:t>PROJECT OVERVIEW</w:t>
            </w:r>
          </w:p>
        </w:tc>
      </w:tr>
    </w:tbl>
    <w:p w14:paraId="691A2632" w14:textId="77777777" w:rsidR="00DE74A2" w:rsidRDefault="00B229CD">
      <w:pPr>
        <w:spacing w:before="100" w:after="160"/>
      </w:pPr>
      <w:r>
        <w:rPr>
          <w:color w:val="5F6978"/>
          <w:sz w:val="19"/>
        </w:rPr>
        <w:t>Provide a concise overview of the proposed project. This does not need to be a full business case at this stage.</w:t>
      </w:r>
    </w:p>
    <w:tbl>
      <w:tblPr>
        <w:tblW w:w="0" w:type="auto"/>
        <w:jc w:val="center"/>
        <w:tblLayout w:type="fixed"/>
        <w:tblLook w:val="04A0" w:firstRow="1" w:lastRow="0" w:firstColumn="1" w:lastColumn="0" w:noHBand="0" w:noVBand="1"/>
      </w:tblPr>
      <w:tblGrid>
        <w:gridCol w:w="3448"/>
        <w:gridCol w:w="6624"/>
      </w:tblGrid>
      <w:tr w:rsidR="00DE74A2" w14:paraId="5705F1B3" w14:textId="77777777" w:rsidTr="002B0248">
        <w:trPr>
          <w:jc w:val="center"/>
        </w:trPr>
        <w:tc>
          <w:tcPr>
            <w:tcW w:w="3448" w:type="dxa"/>
            <w:tcBorders>
              <w:bottom w:val="single" w:sz="5" w:space="0" w:color="D5DFD8"/>
            </w:tcBorders>
            <w:shd w:val="clear" w:color="auto" w:fill="F3F8F4"/>
            <w:tcMar>
              <w:top w:w="90" w:type="dxa"/>
              <w:left w:w="120" w:type="dxa"/>
              <w:bottom w:w="90" w:type="dxa"/>
              <w:right w:w="120" w:type="dxa"/>
            </w:tcMar>
          </w:tcPr>
          <w:p w14:paraId="7BD3A83A" w14:textId="77777777" w:rsidR="00DE74A2" w:rsidRDefault="00B229CD">
            <w:r>
              <w:rPr>
                <w:b/>
                <w:color w:val="0F3F2E"/>
                <w:sz w:val="20"/>
              </w:rPr>
              <w:t>Project title</w:t>
            </w:r>
          </w:p>
        </w:tc>
        <w:tc>
          <w:tcPr>
            <w:tcW w:w="6624" w:type="dxa"/>
            <w:tcBorders>
              <w:bottom w:val="single" w:sz="5" w:space="0" w:color="D5DFD8"/>
            </w:tcBorders>
            <w:tcMar>
              <w:top w:w="90" w:type="dxa"/>
              <w:left w:w="120" w:type="dxa"/>
              <w:bottom w:w="180" w:type="dxa"/>
              <w:right w:w="120" w:type="dxa"/>
            </w:tcMar>
          </w:tcPr>
          <w:p w14:paraId="325CE300" w14:textId="77777777" w:rsidR="00DE74A2" w:rsidRDefault="00B229CD">
            <w:r>
              <w:rPr>
                <w:color w:val="5F6978"/>
                <w:sz w:val="19"/>
              </w:rPr>
              <w:t xml:space="preserve"> </w:t>
            </w:r>
          </w:p>
        </w:tc>
      </w:tr>
    </w:tbl>
    <w:p w14:paraId="0D0B940D" w14:textId="77777777" w:rsidR="00DE74A2" w:rsidRDefault="00DE74A2">
      <w:pPr>
        <w:spacing w:after="40"/>
      </w:pPr>
    </w:p>
    <w:p w14:paraId="6D97CFA3" w14:textId="77777777" w:rsidR="00DE74A2" w:rsidRDefault="00B229CD">
      <w:pPr>
        <w:pStyle w:val="Question"/>
      </w:pPr>
      <w:r>
        <w:t xml:space="preserve">Provide a short summary of the proposed </w:t>
      </w:r>
      <w:proofErr w:type="gramStart"/>
      <w:r>
        <w:t>project</w:t>
      </w:r>
      <w:r>
        <w:rPr>
          <w:b w:val="0"/>
          <w:i/>
          <w:color w:val="5F6978"/>
          <w:sz w:val="18"/>
        </w:rPr>
        <w:t xml:space="preserve">  (</w:t>
      </w:r>
      <w:proofErr w:type="gramEnd"/>
      <w:r>
        <w:rPr>
          <w:b w:val="0"/>
          <w:i/>
          <w:color w:val="5F6978"/>
          <w:sz w:val="18"/>
        </w:rPr>
        <w:t>maximum 300 words)</w:t>
      </w:r>
    </w:p>
    <w:tbl>
      <w:tblPr>
        <w:tblW w:w="0" w:type="auto"/>
        <w:jc w:val="center"/>
        <w:tblLook w:val="04A0" w:firstRow="1" w:lastRow="0" w:firstColumn="1" w:lastColumn="0" w:noHBand="0" w:noVBand="1"/>
      </w:tblPr>
      <w:tblGrid>
        <w:gridCol w:w="10166"/>
      </w:tblGrid>
      <w:tr w:rsidR="00DE74A2" w14:paraId="25DD3341" w14:textId="77777777">
        <w:trPr>
          <w:jc w:val="center"/>
        </w:trPr>
        <w:tc>
          <w:tcPr>
            <w:tcW w:w="10166" w:type="dxa"/>
            <w:tcBorders>
              <w:top w:val="single" w:sz="6" w:space="0" w:color="D5DFD8"/>
              <w:left w:val="single" w:sz="6" w:space="0" w:color="D5DFD8"/>
              <w:bottom w:val="single" w:sz="6" w:space="0" w:color="D5DFD8"/>
              <w:right w:val="single" w:sz="6" w:space="0" w:color="D5DFD8"/>
            </w:tcBorders>
            <w:tcMar>
              <w:top w:w="120" w:type="dxa"/>
              <w:left w:w="120" w:type="dxa"/>
              <w:bottom w:w="120" w:type="dxa"/>
              <w:right w:w="120" w:type="dxa"/>
            </w:tcMar>
          </w:tcPr>
          <w:p w14:paraId="23DD831B" w14:textId="77777777" w:rsidR="00DE74A2" w:rsidRDefault="00B229CD">
            <w:pPr>
              <w:spacing w:after="0"/>
            </w:pPr>
            <w:r>
              <w:rPr>
                <w:sz w:val="20"/>
              </w:rPr>
              <w:t xml:space="preserve"> </w:t>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p>
        </w:tc>
      </w:tr>
    </w:tbl>
    <w:p w14:paraId="0E27B00A" w14:textId="77777777" w:rsidR="00DE74A2" w:rsidRDefault="00DE74A2">
      <w:pPr>
        <w:spacing w:after="20"/>
      </w:pPr>
    </w:p>
    <w:tbl>
      <w:tblPr>
        <w:tblW w:w="0" w:type="auto"/>
        <w:jc w:val="center"/>
        <w:tblLayout w:type="fixed"/>
        <w:tblLook w:val="04A0" w:firstRow="1" w:lastRow="0" w:firstColumn="1" w:lastColumn="0" w:noHBand="0" w:noVBand="1"/>
      </w:tblPr>
      <w:tblGrid>
        <w:gridCol w:w="5083"/>
        <w:gridCol w:w="5083"/>
      </w:tblGrid>
      <w:tr w:rsidR="00DE74A2" w14:paraId="44048DF3" w14:textId="77777777">
        <w:trPr>
          <w:jc w:val="center"/>
        </w:trPr>
        <w:tc>
          <w:tcPr>
            <w:tcW w:w="5083" w:type="dxa"/>
            <w:shd w:val="clear" w:color="auto" w:fill="1C6B3A"/>
            <w:tcMar>
              <w:top w:w="100" w:type="dxa"/>
              <w:left w:w="120" w:type="dxa"/>
              <w:bottom w:w="100" w:type="dxa"/>
              <w:right w:w="120" w:type="dxa"/>
            </w:tcMar>
          </w:tcPr>
          <w:p w14:paraId="5FCD5EC4" w14:textId="77777777" w:rsidR="00DE74A2" w:rsidRDefault="00B229CD">
            <w:pPr>
              <w:jc w:val="center"/>
            </w:pPr>
            <w:r>
              <w:rPr>
                <w:b/>
                <w:color w:val="FFFFFF"/>
                <w:sz w:val="24"/>
              </w:rPr>
              <w:t>3</w:t>
            </w:r>
          </w:p>
        </w:tc>
        <w:tc>
          <w:tcPr>
            <w:tcW w:w="5083" w:type="dxa"/>
            <w:shd w:val="clear" w:color="auto" w:fill="0F3F2E"/>
            <w:tcMar>
              <w:top w:w="100" w:type="dxa"/>
              <w:left w:w="120" w:type="dxa"/>
              <w:bottom w:w="100" w:type="dxa"/>
              <w:right w:w="120" w:type="dxa"/>
            </w:tcMar>
          </w:tcPr>
          <w:p w14:paraId="2D998AD5" w14:textId="77777777" w:rsidR="00DE74A2" w:rsidRDefault="00B229CD">
            <w:r>
              <w:rPr>
                <w:b/>
                <w:color w:val="FFFFFF"/>
                <w:sz w:val="24"/>
              </w:rPr>
              <w:t>STRATEGIC FIT</w:t>
            </w:r>
          </w:p>
        </w:tc>
      </w:tr>
    </w:tbl>
    <w:p w14:paraId="03231FAF" w14:textId="77777777" w:rsidR="00DE74A2" w:rsidRDefault="00B229CD">
      <w:pPr>
        <w:spacing w:before="100" w:after="160"/>
      </w:pPr>
      <w:r>
        <w:rPr>
          <w:color w:val="5F6978"/>
          <w:sz w:val="19"/>
        </w:rPr>
        <w:t>Confirm how the proposal aligns with the Skills Fund priorities and responds to identified need.</w:t>
      </w:r>
    </w:p>
    <w:p w14:paraId="770D2474" w14:textId="77777777" w:rsidR="00DE74A2" w:rsidRDefault="00B229CD">
      <w:pPr>
        <w:pStyle w:val="Question"/>
      </w:pPr>
      <w:r>
        <w:t>Which NESIZ priority sector does the project support?</w:t>
      </w:r>
    </w:p>
    <w:tbl>
      <w:tblPr>
        <w:tblW w:w="0" w:type="auto"/>
        <w:jc w:val="center"/>
        <w:tblLayout w:type="fixed"/>
        <w:tblLook w:val="04A0" w:firstRow="1" w:lastRow="0" w:firstColumn="1" w:lastColumn="0" w:noHBand="0" w:noVBand="1"/>
      </w:tblPr>
      <w:tblGrid>
        <w:gridCol w:w="3389"/>
        <w:gridCol w:w="3389"/>
        <w:gridCol w:w="3389"/>
      </w:tblGrid>
      <w:tr w:rsidR="00DE74A2" w14:paraId="4526446D" w14:textId="77777777">
        <w:trPr>
          <w:jc w:val="center"/>
        </w:trPr>
        <w:tc>
          <w:tcPr>
            <w:tcW w:w="3389" w:type="dxa"/>
            <w:tcBorders>
              <w:bottom w:val="nil"/>
            </w:tcBorders>
            <w:tcMar>
              <w:top w:w="45" w:type="dxa"/>
              <w:left w:w="80" w:type="dxa"/>
              <w:bottom w:w="45" w:type="dxa"/>
              <w:right w:w="80" w:type="dxa"/>
            </w:tcMar>
          </w:tcPr>
          <w:p w14:paraId="6A54B5FB" w14:textId="77777777" w:rsidR="00DE74A2" w:rsidRDefault="00B229CD">
            <w:proofErr w:type="gramStart"/>
            <w:r>
              <w:rPr>
                <w:sz w:val="20"/>
              </w:rPr>
              <w:t>☐  Green</w:t>
            </w:r>
            <w:proofErr w:type="gramEnd"/>
            <w:r>
              <w:rPr>
                <w:sz w:val="20"/>
              </w:rPr>
              <w:t xml:space="preserve"> Energy / Energy Transition</w:t>
            </w:r>
          </w:p>
        </w:tc>
        <w:tc>
          <w:tcPr>
            <w:tcW w:w="3389" w:type="dxa"/>
            <w:tcBorders>
              <w:bottom w:val="nil"/>
            </w:tcBorders>
            <w:tcMar>
              <w:top w:w="45" w:type="dxa"/>
              <w:left w:w="80" w:type="dxa"/>
              <w:bottom w:w="45" w:type="dxa"/>
              <w:right w:w="80" w:type="dxa"/>
            </w:tcMar>
          </w:tcPr>
          <w:p w14:paraId="0251727A" w14:textId="77777777" w:rsidR="00DE74A2" w:rsidRDefault="00B229CD">
            <w:proofErr w:type="gramStart"/>
            <w:r>
              <w:rPr>
                <w:sz w:val="20"/>
              </w:rPr>
              <w:t>☐  Digital</w:t>
            </w:r>
            <w:proofErr w:type="gramEnd"/>
            <w:r>
              <w:rPr>
                <w:sz w:val="20"/>
              </w:rPr>
              <w:t xml:space="preserve"> Technology</w:t>
            </w:r>
          </w:p>
        </w:tc>
        <w:tc>
          <w:tcPr>
            <w:tcW w:w="3389" w:type="dxa"/>
            <w:tcBorders>
              <w:bottom w:val="nil"/>
            </w:tcBorders>
            <w:tcMar>
              <w:top w:w="45" w:type="dxa"/>
              <w:left w:w="80" w:type="dxa"/>
              <w:bottom w:w="45" w:type="dxa"/>
              <w:right w:w="80" w:type="dxa"/>
            </w:tcMar>
          </w:tcPr>
          <w:p w14:paraId="2550E310" w14:textId="77777777" w:rsidR="00DE74A2" w:rsidRDefault="00B229CD">
            <w:proofErr w:type="gramStart"/>
            <w:r>
              <w:rPr>
                <w:sz w:val="20"/>
              </w:rPr>
              <w:t>☐  Both</w:t>
            </w:r>
            <w:proofErr w:type="gramEnd"/>
          </w:p>
        </w:tc>
      </w:tr>
    </w:tbl>
    <w:p w14:paraId="60061E4C" w14:textId="77777777" w:rsidR="00DE74A2" w:rsidRDefault="00DE74A2">
      <w:pPr>
        <w:spacing w:after="20"/>
      </w:pPr>
    </w:p>
    <w:p w14:paraId="386BB3BF" w14:textId="00DB4362" w:rsidR="00DE74A2" w:rsidRDefault="00B229CD">
      <w:pPr>
        <w:pStyle w:val="Question"/>
      </w:pPr>
      <w:r>
        <w:t>Which Skills Fund priorities does the project contribute to? Select all that apply.</w:t>
      </w:r>
    </w:p>
    <w:tbl>
      <w:tblPr>
        <w:tblW w:w="0" w:type="auto"/>
        <w:jc w:val="center"/>
        <w:tblLayout w:type="fixed"/>
        <w:tblLook w:val="04A0" w:firstRow="1" w:lastRow="0" w:firstColumn="1" w:lastColumn="0" w:noHBand="0" w:noVBand="1"/>
      </w:tblPr>
      <w:tblGrid>
        <w:gridCol w:w="5083"/>
        <w:gridCol w:w="5083"/>
      </w:tblGrid>
      <w:tr w:rsidR="00DE74A2" w14:paraId="26CBF8C5" w14:textId="77777777">
        <w:trPr>
          <w:jc w:val="center"/>
        </w:trPr>
        <w:tc>
          <w:tcPr>
            <w:tcW w:w="5083" w:type="dxa"/>
            <w:tcBorders>
              <w:bottom w:val="nil"/>
            </w:tcBorders>
            <w:tcMar>
              <w:top w:w="45" w:type="dxa"/>
              <w:left w:w="80" w:type="dxa"/>
              <w:bottom w:w="45" w:type="dxa"/>
              <w:right w:w="80" w:type="dxa"/>
            </w:tcMar>
          </w:tcPr>
          <w:p w14:paraId="55C6B1C2" w14:textId="77777777" w:rsidR="00DE74A2" w:rsidRDefault="00B229CD">
            <w:proofErr w:type="gramStart"/>
            <w:r>
              <w:rPr>
                <w:sz w:val="20"/>
              </w:rPr>
              <w:t>☐  Green</w:t>
            </w:r>
            <w:proofErr w:type="gramEnd"/>
            <w:r>
              <w:rPr>
                <w:sz w:val="20"/>
              </w:rPr>
              <w:t xml:space="preserve"> Energy skills development</w:t>
            </w:r>
          </w:p>
        </w:tc>
        <w:tc>
          <w:tcPr>
            <w:tcW w:w="5083" w:type="dxa"/>
            <w:tcBorders>
              <w:bottom w:val="nil"/>
            </w:tcBorders>
            <w:tcMar>
              <w:top w:w="45" w:type="dxa"/>
              <w:left w:w="80" w:type="dxa"/>
              <w:bottom w:w="45" w:type="dxa"/>
              <w:right w:w="80" w:type="dxa"/>
            </w:tcMar>
          </w:tcPr>
          <w:p w14:paraId="1A232BD4" w14:textId="77777777" w:rsidR="00DE74A2" w:rsidRDefault="00B229CD">
            <w:proofErr w:type="gramStart"/>
            <w:r>
              <w:rPr>
                <w:sz w:val="20"/>
              </w:rPr>
              <w:t>☐  Digital</w:t>
            </w:r>
            <w:proofErr w:type="gramEnd"/>
            <w:r>
              <w:rPr>
                <w:sz w:val="20"/>
              </w:rPr>
              <w:t xml:space="preserve"> Technology skills development</w:t>
            </w:r>
          </w:p>
        </w:tc>
      </w:tr>
      <w:tr w:rsidR="00DE74A2" w14:paraId="1567A766" w14:textId="77777777">
        <w:trPr>
          <w:jc w:val="center"/>
        </w:trPr>
        <w:tc>
          <w:tcPr>
            <w:tcW w:w="5083" w:type="dxa"/>
            <w:tcBorders>
              <w:bottom w:val="nil"/>
            </w:tcBorders>
            <w:tcMar>
              <w:top w:w="45" w:type="dxa"/>
              <w:left w:w="80" w:type="dxa"/>
              <w:bottom w:w="45" w:type="dxa"/>
              <w:right w:w="80" w:type="dxa"/>
            </w:tcMar>
          </w:tcPr>
          <w:p w14:paraId="7E72F5D5" w14:textId="77777777" w:rsidR="00DE74A2" w:rsidRDefault="00B229CD">
            <w:proofErr w:type="gramStart"/>
            <w:r>
              <w:rPr>
                <w:sz w:val="20"/>
              </w:rPr>
              <w:t>☐  STEM</w:t>
            </w:r>
            <w:proofErr w:type="gramEnd"/>
            <w:r>
              <w:rPr>
                <w:sz w:val="20"/>
              </w:rPr>
              <w:t xml:space="preserve"> and talent pipeline</w:t>
            </w:r>
          </w:p>
        </w:tc>
        <w:tc>
          <w:tcPr>
            <w:tcW w:w="5083" w:type="dxa"/>
            <w:tcBorders>
              <w:bottom w:val="nil"/>
            </w:tcBorders>
            <w:tcMar>
              <w:top w:w="45" w:type="dxa"/>
              <w:left w:w="80" w:type="dxa"/>
              <w:bottom w:w="45" w:type="dxa"/>
              <w:right w:w="80" w:type="dxa"/>
            </w:tcMar>
          </w:tcPr>
          <w:p w14:paraId="7D8563B3" w14:textId="77777777" w:rsidR="00DE74A2" w:rsidRDefault="00B229CD">
            <w:proofErr w:type="gramStart"/>
            <w:r>
              <w:rPr>
                <w:sz w:val="20"/>
              </w:rPr>
              <w:t>☐  Employer</w:t>
            </w:r>
            <w:proofErr w:type="gramEnd"/>
            <w:r>
              <w:rPr>
                <w:sz w:val="20"/>
              </w:rPr>
              <w:t>-led skills activity</w:t>
            </w:r>
          </w:p>
        </w:tc>
      </w:tr>
      <w:tr w:rsidR="00DE74A2" w14:paraId="4CB34FCC" w14:textId="77777777">
        <w:trPr>
          <w:jc w:val="center"/>
        </w:trPr>
        <w:tc>
          <w:tcPr>
            <w:tcW w:w="5083" w:type="dxa"/>
            <w:tcBorders>
              <w:bottom w:val="nil"/>
            </w:tcBorders>
            <w:tcMar>
              <w:top w:w="45" w:type="dxa"/>
              <w:left w:w="80" w:type="dxa"/>
              <w:bottom w:w="45" w:type="dxa"/>
              <w:right w:w="80" w:type="dxa"/>
            </w:tcMar>
          </w:tcPr>
          <w:p w14:paraId="1212A66A" w14:textId="77777777" w:rsidR="00DE74A2" w:rsidRDefault="00B229CD">
            <w:proofErr w:type="gramStart"/>
            <w:r>
              <w:rPr>
                <w:sz w:val="20"/>
              </w:rPr>
              <w:t>☐  Entrepreneurial</w:t>
            </w:r>
            <w:proofErr w:type="gramEnd"/>
            <w:r>
              <w:rPr>
                <w:sz w:val="20"/>
              </w:rPr>
              <w:t xml:space="preserve"> activity</w:t>
            </w:r>
          </w:p>
        </w:tc>
        <w:tc>
          <w:tcPr>
            <w:tcW w:w="5083" w:type="dxa"/>
            <w:tcBorders>
              <w:bottom w:val="nil"/>
            </w:tcBorders>
            <w:tcMar>
              <w:top w:w="45" w:type="dxa"/>
              <w:left w:w="80" w:type="dxa"/>
              <w:bottom w:w="45" w:type="dxa"/>
              <w:right w:w="80" w:type="dxa"/>
            </w:tcMar>
          </w:tcPr>
          <w:p w14:paraId="4F52F363" w14:textId="77777777" w:rsidR="00DE74A2" w:rsidRDefault="00B229CD">
            <w:proofErr w:type="gramStart"/>
            <w:r>
              <w:rPr>
                <w:sz w:val="20"/>
              </w:rPr>
              <w:t>☐  Workforce</w:t>
            </w:r>
            <w:proofErr w:type="gramEnd"/>
            <w:r>
              <w:rPr>
                <w:sz w:val="20"/>
              </w:rPr>
              <w:t xml:space="preserve"> transition and reskilling</w:t>
            </w:r>
          </w:p>
        </w:tc>
      </w:tr>
      <w:tr w:rsidR="00DE74A2" w14:paraId="1B690F64" w14:textId="77777777">
        <w:trPr>
          <w:jc w:val="center"/>
        </w:trPr>
        <w:tc>
          <w:tcPr>
            <w:tcW w:w="5083" w:type="dxa"/>
            <w:tcBorders>
              <w:bottom w:val="nil"/>
            </w:tcBorders>
            <w:tcMar>
              <w:top w:w="45" w:type="dxa"/>
              <w:left w:w="80" w:type="dxa"/>
              <w:bottom w:w="45" w:type="dxa"/>
              <w:right w:w="80" w:type="dxa"/>
            </w:tcMar>
          </w:tcPr>
          <w:p w14:paraId="5F360E38" w14:textId="77777777" w:rsidR="00DE74A2" w:rsidRDefault="00B229CD">
            <w:proofErr w:type="gramStart"/>
            <w:r>
              <w:rPr>
                <w:sz w:val="20"/>
              </w:rPr>
              <w:t>☐  Removing</w:t>
            </w:r>
            <w:proofErr w:type="gramEnd"/>
            <w:r>
              <w:rPr>
                <w:sz w:val="20"/>
              </w:rPr>
              <w:t xml:space="preserve"> barriers to participation</w:t>
            </w:r>
          </w:p>
        </w:tc>
        <w:tc>
          <w:tcPr>
            <w:tcW w:w="5083" w:type="dxa"/>
            <w:tcBorders>
              <w:bottom w:val="nil"/>
            </w:tcBorders>
            <w:tcMar>
              <w:top w:w="45" w:type="dxa"/>
              <w:left w:w="80" w:type="dxa"/>
              <w:bottom w:w="45" w:type="dxa"/>
              <w:right w:w="80" w:type="dxa"/>
            </w:tcMar>
          </w:tcPr>
          <w:p w14:paraId="44EAFD9C" w14:textId="77777777" w:rsidR="00DE74A2" w:rsidRDefault="00DE74A2"/>
        </w:tc>
      </w:tr>
    </w:tbl>
    <w:p w14:paraId="5364FA57" w14:textId="77777777" w:rsidR="00E82B0E" w:rsidRDefault="00E82B0E">
      <w:pPr>
        <w:spacing w:after="20"/>
      </w:pPr>
    </w:p>
    <w:p w14:paraId="2B0439A8" w14:textId="0D7B70DD" w:rsidR="00DE74A2" w:rsidRDefault="7F377262">
      <w:pPr>
        <w:pStyle w:val="Question"/>
      </w:pPr>
      <w:r>
        <w:t>How does the project respond to an identified skills need or employer demand?</w:t>
      </w:r>
      <w:r w:rsidR="0041319B" w:rsidRPr="0041319B">
        <w:rPr>
          <w:b w:val="0"/>
          <w:i/>
          <w:iCs/>
          <w:color w:val="5F6978"/>
          <w:sz w:val="18"/>
          <w:szCs w:val="18"/>
        </w:rPr>
        <w:t xml:space="preserve"> </w:t>
      </w:r>
      <w:r w:rsidR="0041319B" w:rsidRPr="2EEA8779">
        <w:rPr>
          <w:b w:val="0"/>
          <w:i/>
          <w:iCs/>
          <w:color w:val="5F6978"/>
          <w:sz w:val="18"/>
          <w:szCs w:val="18"/>
        </w:rPr>
        <w:t>(maximum</w:t>
      </w:r>
      <w:r w:rsidR="0041319B">
        <w:rPr>
          <w:b w:val="0"/>
          <w:i/>
          <w:iCs/>
          <w:color w:val="5F6978"/>
          <w:sz w:val="18"/>
          <w:szCs w:val="18"/>
        </w:rPr>
        <w:t>5</w:t>
      </w:r>
      <w:r w:rsidR="0041319B" w:rsidRPr="2EEA8779">
        <w:rPr>
          <w:b w:val="0"/>
          <w:i/>
          <w:iCs/>
          <w:color w:val="5F6978"/>
          <w:sz w:val="18"/>
          <w:szCs w:val="18"/>
        </w:rPr>
        <w:t>00 words)</w:t>
      </w:r>
    </w:p>
    <w:p w14:paraId="486CDC4F" w14:textId="77777777" w:rsidR="003A0961" w:rsidRDefault="003A0961">
      <w:pPr>
        <w:pStyle w:val="Question"/>
      </w:pPr>
    </w:p>
    <w:tbl>
      <w:tblPr>
        <w:tblW w:w="0" w:type="auto"/>
        <w:jc w:val="center"/>
        <w:tblLook w:val="04A0" w:firstRow="1" w:lastRow="0" w:firstColumn="1" w:lastColumn="0" w:noHBand="0" w:noVBand="1"/>
      </w:tblPr>
      <w:tblGrid>
        <w:gridCol w:w="10166"/>
      </w:tblGrid>
      <w:tr w:rsidR="00DE74A2" w14:paraId="28CE8CB7" w14:textId="77777777">
        <w:trPr>
          <w:jc w:val="center"/>
        </w:trPr>
        <w:tc>
          <w:tcPr>
            <w:tcW w:w="10166" w:type="dxa"/>
            <w:tcBorders>
              <w:top w:val="single" w:sz="6" w:space="0" w:color="D5DFD8"/>
              <w:left w:val="single" w:sz="6" w:space="0" w:color="D5DFD8"/>
              <w:bottom w:val="single" w:sz="6" w:space="0" w:color="D5DFD8"/>
              <w:right w:val="single" w:sz="6" w:space="0" w:color="D5DFD8"/>
            </w:tcBorders>
            <w:tcMar>
              <w:top w:w="120" w:type="dxa"/>
              <w:left w:w="120" w:type="dxa"/>
              <w:bottom w:w="120" w:type="dxa"/>
              <w:right w:w="120" w:type="dxa"/>
            </w:tcMar>
          </w:tcPr>
          <w:p w14:paraId="5FB12453" w14:textId="77777777" w:rsidR="00DE74A2" w:rsidRDefault="00B229CD">
            <w:pPr>
              <w:spacing w:after="0"/>
            </w:pPr>
            <w:r>
              <w:rPr>
                <w:sz w:val="20"/>
              </w:rPr>
              <w:t xml:space="preserve"> </w:t>
            </w:r>
            <w:r>
              <w:rPr>
                <w:sz w:val="20"/>
              </w:rPr>
              <w:br/>
            </w:r>
            <w:r>
              <w:rPr>
                <w:sz w:val="20"/>
              </w:rPr>
              <w:br/>
            </w:r>
            <w:r>
              <w:rPr>
                <w:sz w:val="20"/>
              </w:rPr>
              <w:br/>
            </w:r>
            <w:r>
              <w:rPr>
                <w:sz w:val="20"/>
              </w:rPr>
              <w:br/>
            </w:r>
            <w:r>
              <w:rPr>
                <w:sz w:val="20"/>
              </w:rPr>
              <w:br/>
            </w:r>
            <w:r>
              <w:rPr>
                <w:sz w:val="20"/>
              </w:rPr>
              <w:br/>
            </w:r>
            <w:r>
              <w:rPr>
                <w:sz w:val="20"/>
              </w:rPr>
              <w:lastRenderedPageBreak/>
              <w:br/>
            </w:r>
          </w:p>
          <w:p w14:paraId="7E98F4A0" w14:textId="77777777" w:rsidR="0041319B" w:rsidRDefault="0041319B">
            <w:pPr>
              <w:spacing w:after="0"/>
            </w:pPr>
          </w:p>
          <w:p w14:paraId="522216CC" w14:textId="77777777" w:rsidR="0041319B" w:rsidRDefault="0041319B">
            <w:pPr>
              <w:spacing w:after="0"/>
            </w:pPr>
          </w:p>
          <w:p w14:paraId="7E58AFBF" w14:textId="77777777" w:rsidR="0041319B" w:rsidRDefault="0041319B">
            <w:pPr>
              <w:spacing w:after="0"/>
            </w:pPr>
          </w:p>
          <w:p w14:paraId="1895D3B7" w14:textId="77777777" w:rsidR="0041319B" w:rsidRDefault="0041319B">
            <w:pPr>
              <w:spacing w:after="0"/>
            </w:pPr>
          </w:p>
        </w:tc>
      </w:tr>
    </w:tbl>
    <w:p w14:paraId="3DEEC669" w14:textId="77777777" w:rsidR="00DE74A2" w:rsidRDefault="00DE74A2">
      <w:pPr>
        <w:spacing w:after="20"/>
      </w:pPr>
    </w:p>
    <w:p w14:paraId="2906D47B" w14:textId="77777777" w:rsidR="00DE74A2" w:rsidRDefault="00B229CD">
      <w:pPr>
        <w:pStyle w:val="Question"/>
      </w:pPr>
      <w:r>
        <w:t>What evidence is or will be available to support the identified need? Select all that apply.</w:t>
      </w:r>
    </w:p>
    <w:tbl>
      <w:tblPr>
        <w:tblW w:w="0" w:type="auto"/>
        <w:jc w:val="center"/>
        <w:tblLayout w:type="fixed"/>
        <w:tblLook w:val="04A0" w:firstRow="1" w:lastRow="0" w:firstColumn="1" w:lastColumn="0" w:noHBand="0" w:noVBand="1"/>
      </w:tblPr>
      <w:tblGrid>
        <w:gridCol w:w="5083"/>
        <w:gridCol w:w="5083"/>
      </w:tblGrid>
      <w:tr w:rsidR="00DE74A2" w14:paraId="2D0DC906" w14:textId="77777777">
        <w:trPr>
          <w:jc w:val="center"/>
        </w:trPr>
        <w:tc>
          <w:tcPr>
            <w:tcW w:w="5083" w:type="dxa"/>
            <w:tcBorders>
              <w:bottom w:val="nil"/>
            </w:tcBorders>
            <w:tcMar>
              <w:top w:w="45" w:type="dxa"/>
              <w:left w:w="80" w:type="dxa"/>
              <w:bottom w:w="45" w:type="dxa"/>
              <w:right w:w="80" w:type="dxa"/>
            </w:tcMar>
          </w:tcPr>
          <w:p w14:paraId="556C0541" w14:textId="77777777" w:rsidR="00DE74A2" w:rsidRDefault="00B229CD">
            <w:proofErr w:type="gramStart"/>
            <w:r>
              <w:rPr>
                <w:sz w:val="20"/>
              </w:rPr>
              <w:t>☐  Employer</w:t>
            </w:r>
            <w:proofErr w:type="gramEnd"/>
            <w:r>
              <w:rPr>
                <w:sz w:val="20"/>
              </w:rPr>
              <w:t xml:space="preserve"> letters or endorsements</w:t>
            </w:r>
          </w:p>
        </w:tc>
        <w:tc>
          <w:tcPr>
            <w:tcW w:w="5083" w:type="dxa"/>
            <w:tcBorders>
              <w:bottom w:val="nil"/>
            </w:tcBorders>
            <w:tcMar>
              <w:top w:w="45" w:type="dxa"/>
              <w:left w:w="80" w:type="dxa"/>
              <w:bottom w:w="45" w:type="dxa"/>
              <w:right w:w="80" w:type="dxa"/>
            </w:tcMar>
          </w:tcPr>
          <w:p w14:paraId="34CEE638" w14:textId="77777777" w:rsidR="00DE74A2" w:rsidRDefault="00B229CD">
            <w:proofErr w:type="gramStart"/>
            <w:r>
              <w:rPr>
                <w:sz w:val="20"/>
              </w:rPr>
              <w:t>☐  Employer</w:t>
            </w:r>
            <w:proofErr w:type="gramEnd"/>
            <w:r>
              <w:rPr>
                <w:sz w:val="20"/>
              </w:rPr>
              <w:t xml:space="preserve"> or industry engagement</w:t>
            </w:r>
          </w:p>
        </w:tc>
      </w:tr>
      <w:tr w:rsidR="00DE74A2" w14:paraId="79163BDC" w14:textId="77777777">
        <w:trPr>
          <w:jc w:val="center"/>
        </w:trPr>
        <w:tc>
          <w:tcPr>
            <w:tcW w:w="5083" w:type="dxa"/>
            <w:tcBorders>
              <w:bottom w:val="nil"/>
            </w:tcBorders>
            <w:tcMar>
              <w:top w:w="45" w:type="dxa"/>
              <w:left w:w="80" w:type="dxa"/>
              <w:bottom w:w="45" w:type="dxa"/>
              <w:right w:w="80" w:type="dxa"/>
            </w:tcMar>
          </w:tcPr>
          <w:p w14:paraId="77ED758D" w14:textId="77777777" w:rsidR="00DE74A2" w:rsidRDefault="00B229CD">
            <w:proofErr w:type="gramStart"/>
            <w:r>
              <w:rPr>
                <w:sz w:val="20"/>
              </w:rPr>
              <w:t xml:space="preserve">☐  </w:t>
            </w:r>
            <w:proofErr w:type="spellStart"/>
            <w:r>
              <w:rPr>
                <w:sz w:val="20"/>
              </w:rPr>
              <w:t>Labour</w:t>
            </w:r>
            <w:proofErr w:type="spellEnd"/>
            <w:proofErr w:type="gramEnd"/>
            <w:r>
              <w:rPr>
                <w:sz w:val="20"/>
              </w:rPr>
              <w:t xml:space="preserve"> market information</w:t>
            </w:r>
          </w:p>
        </w:tc>
        <w:tc>
          <w:tcPr>
            <w:tcW w:w="5083" w:type="dxa"/>
            <w:tcBorders>
              <w:bottom w:val="nil"/>
            </w:tcBorders>
            <w:tcMar>
              <w:top w:w="45" w:type="dxa"/>
              <w:left w:w="80" w:type="dxa"/>
              <w:bottom w:w="45" w:type="dxa"/>
              <w:right w:w="80" w:type="dxa"/>
            </w:tcMar>
          </w:tcPr>
          <w:p w14:paraId="1261E800" w14:textId="77777777" w:rsidR="00DE74A2" w:rsidRDefault="00B229CD">
            <w:proofErr w:type="gramStart"/>
            <w:r>
              <w:rPr>
                <w:sz w:val="20"/>
              </w:rPr>
              <w:t>☐  Sector</w:t>
            </w:r>
            <w:proofErr w:type="gramEnd"/>
            <w:r>
              <w:rPr>
                <w:sz w:val="20"/>
              </w:rPr>
              <w:t xml:space="preserve"> research or published studies</w:t>
            </w:r>
          </w:p>
        </w:tc>
      </w:tr>
      <w:tr w:rsidR="00DE74A2" w14:paraId="3FC0E34B" w14:textId="77777777">
        <w:trPr>
          <w:jc w:val="center"/>
        </w:trPr>
        <w:tc>
          <w:tcPr>
            <w:tcW w:w="5083" w:type="dxa"/>
            <w:tcBorders>
              <w:bottom w:val="nil"/>
            </w:tcBorders>
            <w:tcMar>
              <w:top w:w="45" w:type="dxa"/>
              <w:left w:w="80" w:type="dxa"/>
              <w:bottom w:w="45" w:type="dxa"/>
              <w:right w:w="80" w:type="dxa"/>
            </w:tcMar>
          </w:tcPr>
          <w:p w14:paraId="301CEA13" w14:textId="77777777" w:rsidR="00DE74A2" w:rsidRDefault="00B229CD">
            <w:proofErr w:type="gramStart"/>
            <w:r>
              <w:rPr>
                <w:sz w:val="20"/>
              </w:rPr>
              <w:t>☐  Participant</w:t>
            </w:r>
            <w:proofErr w:type="gramEnd"/>
            <w:r>
              <w:rPr>
                <w:sz w:val="20"/>
              </w:rPr>
              <w:t xml:space="preserve"> or community evidence</w:t>
            </w:r>
          </w:p>
        </w:tc>
        <w:tc>
          <w:tcPr>
            <w:tcW w:w="5083" w:type="dxa"/>
            <w:tcBorders>
              <w:bottom w:val="nil"/>
            </w:tcBorders>
            <w:tcMar>
              <w:top w:w="45" w:type="dxa"/>
              <w:left w:w="80" w:type="dxa"/>
              <w:bottom w:w="45" w:type="dxa"/>
              <w:right w:w="80" w:type="dxa"/>
            </w:tcMar>
          </w:tcPr>
          <w:p w14:paraId="079317E2" w14:textId="77777777" w:rsidR="00DE74A2" w:rsidRDefault="00B229CD">
            <w:proofErr w:type="gramStart"/>
            <w:r>
              <w:rPr>
                <w:sz w:val="20"/>
              </w:rPr>
              <w:t>☐  Evidence</w:t>
            </w:r>
            <w:proofErr w:type="gramEnd"/>
            <w:r>
              <w:rPr>
                <w:sz w:val="20"/>
              </w:rPr>
              <w:t xml:space="preserve"> is still being developed</w:t>
            </w:r>
          </w:p>
        </w:tc>
      </w:tr>
    </w:tbl>
    <w:p w14:paraId="3656B9AB" w14:textId="77777777" w:rsidR="00DE74A2" w:rsidRDefault="00DE74A2">
      <w:pPr>
        <w:spacing w:after="20"/>
      </w:pPr>
    </w:p>
    <w:tbl>
      <w:tblPr>
        <w:tblW w:w="0" w:type="auto"/>
        <w:jc w:val="center"/>
        <w:tblLayout w:type="fixed"/>
        <w:tblLook w:val="04A0" w:firstRow="1" w:lastRow="0" w:firstColumn="1" w:lastColumn="0" w:noHBand="0" w:noVBand="1"/>
      </w:tblPr>
      <w:tblGrid>
        <w:gridCol w:w="5083"/>
        <w:gridCol w:w="5083"/>
      </w:tblGrid>
      <w:tr w:rsidR="00DE74A2" w14:paraId="2366C0E1" w14:textId="77777777">
        <w:trPr>
          <w:jc w:val="center"/>
        </w:trPr>
        <w:tc>
          <w:tcPr>
            <w:tcW w:w="5083" w:type="dxa"/>
            <w:shd w:val="clear" w:color="auto" w:fill="1C6B3A"/>
            <w:tcMar>
              <w:top w:w="100" w:type="dxa"/>
              <w:left w:w="120" w:type="dxa"/>
              <w:bottom w:w="100" w:type="dxa"/>
              <w:right w:w="120" w:type="dxa"/>
            </w:tcMar>
          </w:tcPr>
          <w:p w14:paraId="2598DEE6" w14:textId="77777777" w:rsidR="00DE74A2" w:rsidRDefault="00B229CD">
            <w:pPr>
              <w:jc w:val="center"/>
            </w:pPr>
            <w:r>
              <w:rPr>
                <w:b/>
                <w:color w:val="FFFFFF"/>
                <w:sz w:val="24"/>
              </w:rPr>
              <w:t>4</w:t>
            </w:r>
          </w:p>
        </w:tc>
        <w:tc>
          <w:tcPr>
            <w:tcW w:w="5083" w:type="dxa"/>
            <w:shd w:val="clear" w:color="auto" w:fill="0F3F2E"/>
            <w:tcMar>
              <w:top w:w="100" w:type="dxa"/>
              <w:left w:w="120" w:type="dxa"/>
              <w:bottom w:w="100" w:type="dxa"/>
              <w:right w:w="120" w:type="dxa"/>
            </w:tcMar>
          </w:tcPr>
          <w:p w14:paraId="0B876086" w14:textId="77777777" w:rsidR="00DE74A2" w:rsidRDefault="00B229CD">
            <w:r>
              <w:rPr>
                <w:b/>
                <w:color w:val="FFFFFF"/>
                <w:sz w:val="24"/>
              </w:rPr>
              <w:t>PROJECT BENEFICIARIES</w:t>
            </w:r>
          </w:p>
        </w:tc>
      </w:tr>
    </w:tbl>
    <w:p w14:paraId="1E179859" w14:textId="77777777" w:rsidR="00DE74A2" w:rsidRDefault="00B229CD">
      <w:pPr>
        <w:spacing w:before="100" w:after="160"/>
      </w:pPr>
      <w:r>
        <w:rPr>
          <w:color w:val="5F6978"/>
          <w:sz w:val="19"/>
        </w:rPr>
        <w:t>Tell us who is expected to benefit and the proposed scale of reach.</w:t>
      </w:r>
    </w:p>
    <w:p w14:paraId="27A0DA3C" w14:textId="77777777" w:rsidR="00DE74A2" w:rsidRDefault="00B229CD">
      <w:pPr>
        <w:pStyle w:val="Question"/>
      </w:pPr>
      <w:r>
        <w:t>Who will benefit from the project? Select all that apply.</w:t>
      </w:r>
    </w:p>
    <w:tbl>
      <w:tblPr>
        <w:tblW w:w="0" w:type="auto"/>
        <w:jc w:val="center"/>
        <w:tblLayout w:type="fixed"/>
        <w:tblLook w:val="04A0" w:firstRow="1" w:lastRow="0" w:firstColumn="1" w:lastColumn="0" w:noHBand="0" w:noVBand="1"/>
      </w:tblPr>
      <w:tblGrid>
        <w:gridCol w:w="5083"/>
        <w:gridCol w:w="5083"/>
      </w:tblGrid>
      <w:tr w:rsidR="00DE74A2" w14:paraId="2C287996" w14:textId="77777777">
        <w:trPr>
          <w:jc w:val="center"/>
        </w:trPr>
        <w:tc>
          <w:tcPr>
            <w:tcW w:w="5083" w:type="dxa"/>
            <w:tcBorders>
              <w:bottom w:val="nil"/>
            </w:tcBorders>
            <w:tcMar>
              <w:top w:w="45" w:type="dxa"/>
              <w:left w:w="80" w:type="dxa"/>
              <w:bottom w:w="45" w:type="dxa"/>
              <w:right w:w="80" w:type="dxa"/>
            </w:tcMar>
          </w:tcPr>
          <w:p w14:paraId="07DFD52D" w14:textId="77777777" w:rsidR="00DE74A2" w:rsidRDefault="00B229CD">
            <w:proofErr w:type="gramStart"/>
            <w:r>
              <w:rPr>
                <w:sz w:val="20"/>
              </w:rPr>
              <w:t>☐  School</w:t>
            </w:r>
            <w:proofErr w:type="gramEnd"/>
            <w:r>
              <w:rPr>
                <w:sz w:val="20"/>
              </w:rPr>
              <w:t xml:space="preserve"> pupils</w:t>
            </w:r>
          </w:p>
        </w:tc>
        <w:tc>
          <w:tcPr>
            <w:tcW w:w="5083" w:type="dxa"/>
            <w:tcBorders>
              <w:bottom w:val="nil"/>
            </w:tcBorders>
            <w:tcMar>
              <w:top w:w="45" w:type="dxa"/>
              <w:left w:w="80" w:type="dxa"/>
              <w:bottom w:w="45" w:type="dxa"/>
              <w:right w:w="80" w:type="dxa"/>
            </w:tcMar>
          </w:tcPr>
          <w:p w14:paraId="3557AAA8" w14:textId="77777777" w:rsidR="00DE74A2" w:rsidRDefault="00B229CD">
            <w:proofErr w:type="gramStart"/>
            <w:r>
              <w:rPr>
                <w:sz w:val="20"/>
              </w:rPr>
              <w:t>☐  Students</w:t>
            </w:r>
            <w:proofErr w:type="gramEnd"/>
          </w:p>
        </w:tc>
      </w:tr>
      <w:tr w:rsidR="00DE74A2" w14:paraId="2EB694E5" w14:textId="77777777">
        <w:trPr>
          <w:jc w:val="center"/>
        </w:trPr>
        <w:tc>
          <w:tcPr>
            <w:tcW w:w="5083" w:type="dxa"/>
            <w:tcBorders>
              <w:bottom w:val="nil"/>
            </w:tcBorders>
            <w:tcMar>
              <w:top w:w="45" w:type="dxa"/>
              <w:left w:w="80" w:type="dxa"/>
              <w:bottom w:w="45" w:type="dxa"/>
              <w:right w:w="80" w:type="dxa"/>
            </w:tcMar>
          </w:tcPr>
          <w:p w14:paraId="2CE59747" w14:textId="77777777" w:rsidR="00DE74A2" w:rsidRDefault="00B229CD">
            <w:proofErr w:type="gramStart"/>
            <w:r>
              <w:rPr>
                <w:sz w:val="20"/>
              </w:rPr>
              <w:t>☐  Apprentices</w:t>
            </w:r>
            <w:proofErr w:type="gramEnd"/>
          </w:p>
        </w:tc>
        <w:tc>
          <w:tcPr>
            <w:tcW w:w="5083" w:type="dxa"/>
            <w:tcBorders>
              <w:bottom w:val="nil"/>
            </w:tcBorders>
            <w:tcMar>
              <w:top w:w="45" w:type="dxa"/>
              <w:left w:w="80" w:type="dxa"/>
              <w:bottom w:w="45" w:type="dxa"/>
              <w:right w:w="80" w:type="dxa"/>
            </w:tcMar>
          </w:tcPr>
          <w:p w14:paraId="48F97513" w14:textId="77777777" w:rsidR="00DE74A2" w:rsidRDefault="00B229CD">
            <w:proofErr w:type="gramStart"/>
            <w:r>
              <w:rPr>
                <w:sz w:val="20"/>
              </w:rPr>
              <w:t>☐  Employees</w:t>
            </w:r>
            <w:proofErr w:type="gramEnd"/>
          </w:p>
        </w:tc>
      </w:tr>
      <w:tr w:rsidR="00DE74A2" w14:paraId="787C5119" w14:textId="77777777">
        <w:trPr>
          <w:jc w:val="center"/>
        </w:trPr>
        <w:tc>
          <w:tcPr>
            <w:tcW w:w="5083" w:type="dxa"/>
            <w:tcBorders>
              <w:bottom w:val="nil"/>
            </w:tcBorders>
            <w:tcMar>
              <w:top w:w="45" w:type="dxa"/>
              <w:left w:w="80" w:type="dxa"/>
              <w:bottom w:w="45" w:type="dxa"/>
              <w:right w:w="80" w:type="dxa"/>
            </w:tcMar>
          </w:tcPr>
          <w:p w14:paraId="6B586845" w14:textId="77777777" w:rsidR="00DE74A2" w:rsidRDefault="00B229CD">
            <w:proofErr w:type="gramStart"/>
            <w:r>
              <w:rPr>
                <w:sz w:val="20"/>
              </w:rPr>
              <w:t>☐  Unemployed</w:t>
            </w:r>
            <w:proofErr w:type="gramEnd"/>
            <w:r>
              <w:rPr>
                <w:sz w:val="20"/>
              </w:rPr>
              <w:t xml:space="preserve"> individuals</w:t>
            </w:r>
          </w:p>
        </w:tc>
        <w:tc>
          <w:tcPr>
            <w:tcW w:w="5083" w:type="dxa"/>
            <w:tcBorders>
              <w:bottom w:val="nil"/>
            </w:tcBorders>
            <w:tcMar>
              <w:top w:w="45" w:type="dxa"/>
              <w:left w:w="80" w:type="dxa"/>
              <w:bottom w:w="45" w:type="dxa"/>
              <w:right w:w="80" w:type="dxa"/>
            </w:tcMar>
          </w:tcPr>
          <w:p w14:paraId="54071FFE" w14:textId="77777777" w:rsidR="00DE74A2" w:rsidRDefault="00B229CD">
            <w:proofErr w:type="gramStart"/>
            <w:r>
              <w:rPr>
                <w:sz w:val="20"/>
              </w:rPr>
              <w:t>☐  Career</w:t>
            </w:r>
            <w:proofErr w:type="gramEnd"/>
            <w:r>
              <w:rPr>
                <w:sz w:val="20"/>
              </w:rPr>
              <w:t xml:space="preserve"> changers</w:t>
            </w:r>
          </w:p>
        </w:tc>
      </w:tr>
      <w:tr w:rsidR="00DE74A2" w14:paraId="59B52417" w14:textId="77777777">
        <w:trPr>
          <w:jc w:val="center"/>
        </w:trPr>
        <w:tc>
          <w:tcPr>
            <w:tcW w:w="5083" w:type="dxa"/>
            <w:tcBorders>
              <w:bottom w:val="nil"/>
            </w:tcBorders>
            <w:tcMar>
              <w:top w:w="45" w:type="dxa"/>
              <w:left w:w="80" w:type="dxa"/>
              <w:bottom w:w="45" w:type="dxa"/>
              <w:right w:w="80" w:type="dxa"/>
            </w:tcMar>
          </w:tcPr>
          <w:p w14:paraId="3FCA4476" w14:textId="77777777" w:rsidR="00DE74A2" w:rsidRDefault="00B229CD">
            <w:proofErr w:type="gramStart"/>
            <w:r>
              <w:rPr>
                <w:sz w:val="20"/>
              </w:rPr>
              <w:t>☐  Entrepreneurs</w:t>
            </w:r>
            <w:proofErr w:type="gramEnd"/>
          </w:p>
        </w:tc>
        <w:tc>
          <w:tcPr>
            <w:tcW w:w="5083" w:type="dxa"/>
            <w:tcBorders>
              <w:bottom w:val="nil"/>
            </w:tcBorders>
            <w:tcMar>
              <w:top w:w="45" w:type="dxa"/>
              <w:left w:w="80" w:type="dxa"/>
              <w:bottom w:w="45" w:type="dxa"/>
              <w:right w:w="80" w:type="dxa"/>
            </w:tcMar>
          </w:tcPr>
          <w:p w14:paraId="608E3BD2" w14:textId="77777777" w:rsidR="00DE74A2" w:rsidRDefault="00B229CD">
            <w:proofErr w:type="gramStart"/>
            <w:r>
              <w:rPr>
                <w:sz w:val="20"/>
              </w:rPr>
              <w:t>☐  Businesses</w:t>
            </w:r>
            <w:proofErr w:type="gramEnd"/>
          </w:p>
        </w:tc>
      </w:tr>
      <w:tr w:rsidR="00DE74A2" w14:paraId="3F0F81A6" w14:textId="77777777">
        <w:trPr>
          <w:jc w:val="center"/>
        </w:trPr>
        <w:tc>
          <w:tcPr>
            <w:tcW w:w="5083" w:type="dxa"/>
            <w:tcBorders>
              <w:bottom w:val="nil"/>
            </w:tcBorders>
            <w:tcMar>
              <w:top w:w="45" w:type="dxa"/>
              <w:left w:w="80" w:type="dxa"/>
              <w:bottom w:w="45" w:type="dxa"/>
              <w:right w:w="80" w:type="dxa"/>
            </w:tcMar>
          </w:tcPr>
          <w:p w14:paraId="50667AB1" w14:textId="77777777" w:rsidR="00DE74A2" w:rsidRDefault="00B229CD">
            <w:proofErr w:type="gramStart"/>
            <w:r>
              <w:rPr>
                <w:sz w:val="20"/>
              </w:rPr>
              <w:t>☐  Other</w:t>
            </w:r>
            <w:proofErr w:type="gramEnd"/>
            <w:r>
              <w:rPr>
                <w:sz w:val="20"/>
              </w:rPr>
              <w:t xml:space="preserve"> - please specify: ________________________</w:t>
            </w:r>
          </w:p>
        </w:tc>
        <w:tc>
          <w:tcPr>
            <w:tcW w:w="5083" w:type="dxa"/>
            <w:tcBorders>
              <w:bottom w:val="nil"/>
            </w:tcBorders>
            <w:tcMar>
              <w:top w:w="45" w:type="dxa"/>
              <w:left w:w="80" w:type="dxa"/>
              <w:bottom w:w="45" w:type="dxa"/>
              <w:right w:w="80" w:type="dxa"/>
            </w:tcMar>
          </w:tcPr>
          <w:p w14:paraId="45FB0818" w14:textId="77777777" w:rsidR="00DE74A2" w:rsidRDefault="00DE74A2"/>
        </w:tc>
      </w:tr>
    </w:tbl>
    <w:p w14:paraId="049F31CB" w14:textId="77777777" w:rsidR="00DE74A2" w:rsidRDefault="00DE74A2">
      <w:pPr>
        <w:spacing w:after="20"/>
      </w:pPr>
    </w:p>
    <w:tbl>
      <w:tblPr>
        <w:tblW w:w="0" w:type="auto"/>
        <w:jc w:val="center"/>
        <w:tblLayout w:type="fixed"/>
        <w:tblLook w:val="04A0" w:firstRow="1" w:lastRow="0" w:firstColumn="1" w:lastColumn="0" w:noHBand="0" w:noVBand="1"/>
      </w:tblPr>
      <w:tblGrid>
        <w:gridCol w:w="3355"/>
        <w:gridCol w:w="6624"/>
      </w:tblGrid>
      <w:tr w:rsidR="00DE74A2" w14:paraId="7F9D53A5" w14:textId="77777777" w:rsidTr="00E82B0E">
        <w:trPr>
          <w:jc w:val="center"/>
        </w:trPr>
        <w:tc>
          <w:tcPr>
            <w:tcW w:w="3355" w:type="dxa"/>
            <w:tcBorders>
              <w:bottom w:val="single" w:sz="5" w:space="0" w:color="D5DFD8"/>
            </w:tcBorders>
            <w:shd w:val="clear" w:color="auto" w:fill="F3F8F4"/>
            <w:tcMar>
              <w:top w:w="90" w:type="dxa"/>
              <w:left w:w="120" w:type="dxa"/>
              <w:bottom w:w="90" w:type="dxa"/>
              <w:right w:w="120" w:type="dxa"/>
            </w:tcMar>
          </w:tcPr>
          <w:p w14:paraId="24BCC58F" w14:textId="77777777" w:rsidR="00DE74A2" w:rsidRDefault="00B229CD">
            <w:r>
              <w:rPr>
                <w:b/>
                <w:color w:val="0F3F2E"/>
                <w:sz w:val="20"/>
              </w:rPr>
              <w:t>Estimated participants</w:t>
            </w:r>
          </w:p>
        </w:tc>
        <w:tc>
          <w:tcPr>
            <w:tcW w:w="6624" w:type="dxa"/>
            <w:tcBorders>
              <w:bottom w:val="single" w:sz="5" w:space="0" w:color="D5DFD8"/>
            </w:tcBorders>
            <w:tcMar>
              <w:top w:w="90" w:type="dxa"/>
              <w:left w:w="120" w:type="dxa"/>
              <w:bottom w:w="180" w:type="dxa"/>
              <w:right w:w="120" w:type="dxa"/>
            </w:tcMar>
          </w:tcPr>
          <w:p w14:paraId="15F94F2D" w14:textId="77777777" w:rsidR="00DE74A2" w:rsidRDefault="00B229CD">
            <w:r>
              <w:rPr>
                <w:i/>
                <w:color w:val="5F6978"/>
                <w:sz w:val="19"/>
              </w:rPr>
              <w:t>Number</w:t>
            </w:r>
          </w:p>
        </w:tc>
      </w:tr>
      <w:tr w:rsidR="00DE74A2" w14:paraId="404D3131" w14:textId="77777777" w:rsidTr="00E82B0E">
        <w:trPr>
          <w:jc w:val="center"/>
        </w:trPr>
        <w:tc>
          <w:tcPr>
            <w:tcW w:w="3355" w:type="dxa"/>
            <w:tcBorders>
              <w:bottom w:val="single" w:sz="5" w:space="0" w:color="D5DFD8"/>
            </w:tcBorders>
            <w:shd w:val="clear" w:color="auto" w:fill="F3F8F4"/>
            <w:tcMar>
              <w:top w:w="90" w:type="dxa"/>
              <w:left w:w="120" w:type="dxa"/>
              <w:bottom w:w="90" w:type="dxa"/>
              <w:right w:w="120" w:type="dxa"/>
            </w:tcMar>
          </w:tcPr>
          <w:p w14:paraId="7365682D" w14:textId="77777777" w:rsidR="00DE74A2" w:rsidRDefault="00B229CD">
            <w:r>
              <w:rPr>
                <w:b/>
                <w:color w:val="0F3F2E"/>
                <w:sz w:val="20"/>
              </w:rPr>
              <w:t>Estimated employers / businesses engaged</w:t>
            </w:r>
          </w:p>
        </w:tc>
        <w:tc>
          <w:tcPr>
            <w:tcW w:w="6624" w:type="dxa"/>
            <w:tcBorders>
              <w:bottom w:val="single" w:sz="5" w:space="0" w:color="D5DFD8"/>
            </w:tcBorders>
            <w:tcMar>
              <w:top w:w="90" w:type="dxa"/>
              <w:left w:w="120" w:type="dxa"/>
              <w:bottom w:w="180" w:type="dxa"/>
              <w:right w:w="120" w:type="dxa"/>
            </w:tcMar>
          </w:tcPr>
          <w:p w14:paraId="2407ED7C" w14:textId="77777777" w:rsidR="00DE74A2" w:rsidRDefault="00B229CD">
            <w:r>
              <w:rPr>
                <w:i/>
                <w:color w:val="5F6978"/>
                <w:sz w:val="19"/>
              </w:rPr>
              <w:t>Number</w:t>
            </w:r>
          </w:p>
        </w:tc>
      </w:tr>
    </w:tbl>
    <w:p w14:paraId="53128261" w14:textId="77777777" w:rsidR="00DE74A2" w:rsidRDefault="00DE74A2">
      <w:pPr>
        <w:spacing w:after="40"/>
      </w:pPr>
    </w:p>
    <w:p w14:paraId="47C55E04" w14:textId="77777777" w:rsidR="00DE74A2" w:rsidRDefault="00B229CD">
      <w:pPr>
        <w:pStyle w:val="Question"/>
      </w:pPr>
      <w:r>
        <w:t>Briefly describe the intended beneficiaries and how they will be reached</w:t>
      </w:r>
    </w:p>
    <w:tbl>
      <w:tblPr>
        <w:tblW w:w="0" w:type="auto"/>
        <w:jc w:val="center"/>
        <w:tblLook w:val="04A0" w:firstRow="1" w:lastRow="0" w:firstColumn="1" w:lastColumn="0" w:noHBand="0" w:noVBand="1"/>
      </w:tblPr>
      <w:tblGrid>
        <w:gridCol w:w="10166"/>
      </w:tblGrid>
      <w:tr w:rsidR="00DE74A2" w14:paraId="7FDE0BDC" w14:textId="77777777">
        <w:trPr>
          <w:jc w:val="center"/>
        </w:trPr>
        <w:tc>
          <w:tcPr>
            <w:tcW w:w="10166" w:type="dxa"/>
            <w:tcBorders>
              <w:top w:val="single" w:sz="6" w:space="0" w:color="D5DFD8"/>
              <w:left w:val="single" w:sz="6" w:space="0" w:color="D5DFD8"/>
              <w:bottom w:val="single" w:sz="6" w:space="0" w:color="D5DFD8"/>
              <w:right w:val="single" w:sz="6" w:space="0" w:color="D5DFD8"/>
            </w:tcBorders>
            <w:tcMar>
              <w:top w:w="120" w:type="dxa"/>
              <w:left w:w="120" w:type="dxa"/>
              <w:bottom w:w="120" w:type="dxa"/>
              <w:right w:w="120" w:type="dxa"/>
            </w:tcMar>
          </w:tcPr>
          <w:p w14:paraId="6C1031F9" w14:textId="77777777" w:rsidR="00DE74A2" w:rsidRDefault="00B229CD">
            <w:pPr>
              <w:spacing w:after="0"/>
            </w:pPr>
            <w:r>
              <w:rPr>
                <w:sz w:val="20"/>
              </w:rPr>
              <w:t xml:space="preserve"> </w:t>
            </w:r>
            <w:r>
              <w:rPr>
                <w:sz w:val="20"/>
              </w:rPr>
              <w:br/>
            </w:r>
            <w:r>
              <w:rPr>
                <w:sz w:val="20"/>
              </w:rPr>
              <w:br/>
            </w:r>
            <w:r>
              <w:rPr>
                <w:sz w:val="20"/>
              </w:rPr>
              <w:br/>
            </w:r>
            <w:r>
              <w:rPr>
                <w:sz w:val="20"/>
              </w:rPr>
              <w:br/>
            </w:r>
          </w:p>
        </w:tc>
      </w:tr>
    </w:tbl>
    <w:p w14:paraId="62486C05" w14:textId="77777777" w:rsidR="00DE74A2" w:rsidRDefault="00DE74A2">
      <w:pPr>
        <w:spacing w:after="20"/>
      </w:pPr>
    </w:p>
    <w:tbl>
      <w:tblPr>
        <w:tblW w:w="0" w:type="auto"/>
        <w:jc w:val="center"/>
        <w:tblLayout w:type="fixed"/>
        <w:tblLook w:val="04A0" w:firstRow="1" w:lastRow="0" w:firstColumn="1" w:lastColumn="0" w:noHBand="0" w:noVBand="1"/>
      </w:tblPr>
      <w:tblGrid>
        <w:gridCol w:w="5083"/>
        <w:gridCol w:w="5083"/>
      </w:tblGrid>
      <w:tr w:rsidR="00DE74A2" w14:paraId="67CCE1B9" w14:textId="77777777">
        <w:trPr>
          <w:jc w:val="center"/>
        </w:trPr>
        <w:tc>
          <w:tcPr>
            <w:tcW w:w="5083" w:type="dxa"/>
            <w:shd w:val="clear" w:color="auto" w:fill="1C6B3A"/>
            <w:tcMar>
              <w:top w:w="100" w:type="dxa"/>
              <w:left w:w="120" w:type="dxa"/>
              <w:bottom w:w="100" w:type="dxa"/>
              <w:right w:w="120" w:type="dxa"/>
            </w:tcMar>
          </w:tcPr>
          <w:p w14:paraId="78941E47" w14:textId="77777777" w:rsidR="00DE74A2" w:rsidRDefault="00B229CD">
            <w:pPr>
              <w:jc w:val="center"/>
            </w:pPr>
            <w:r>
              <w:rPr>
                <w:b/>
                <w:color w:val="FFFFFF"/>
                <w:sz w:val="24"/>
              </w:rPr>
              <w:t>5</w:t>
            </w:r>
          </w:p>
        </w:tc>
        <w:tc>
          <w:tcPr>
            <w:tcW w:w="5083" w:type="dxa"/>
            <w:shd w:val="clear" w:color="auto" w:fill="0F3F2E"/>
            <w:tcMar>
              <w:top w:w="100" w:type="dxa"/>
              <w:left w:w="120" w:type="dxa"/>
              <w:bottom w:w="100" w:type="dxa"/>
              <w:right w:w="120" w:type="dxa"/>
            </w:tcMar>
          </w:tcPr>
          <w:p w14:paraId="446A8D03" w14:textId="77777777" w:rsidR="00DE74A2" w:rsidRDefault="00B229CD">
            <w:r>
              <w:rPr>
                <w:b/>
                <w:color w:val="FFFFFF"/>
                <w:sz w:val="24"/>
              </w:rPr>
              <w:t>PROJECT DELIVERY</w:t>
            </w:r>
          </w:p>
        </w:tc>
      </w:tr>
    </w:tbl>
    <w:p w14:paraId="2DAB5EBC" w14:textId="77777777" w:rsidR="00DE74A2" w:rsidRDefault="00B229CD">
      <w:pPr>
        <w:spacing w:before="100" w:after="160"/>
      </w:pPr>
      <w:r>
        <w:rPr>
          <w:color w:val="5F6978"/>
          <w:sz w:val="19"/>
        </w:rPr>
        <w:lastRenderedPageBreak/>
        <w:t>Confirm where and when the proposed activity would take place.</w:t>
      </w:r>
    </w:p>
    <w:p w14:paraId="26AEB0B2" w14:textId="77777777" w:rsidR="00DE74A2" w:rsidRDefault="00B229CD">
      <w:pPr>
        <w:pStyle w:val="Question"/>
      </w:pPr>
      <w:r>
        <w:t>Where will the project be delivered?</w:t>
      </w:r>
    </w:p>
    <w:tbl>
      <w:tblPr>
        <w:tblW w:w="0" w:type="auto"/>
        <w:jc w:val="center"/>
        <w:tblLayout w:type="fixed"/>
        <w:tblLook w:val="04A0" w:firstRow="1" w:lastRow="0" w:firstColumn="1" w:lastColumn="0" w:noHBand="0" w:noVBand="1"/>
      </w:tblPr>
      <w:tblGrid>
        <w:gridCol w:w="3389"/>
        <w:gridCol w:w="3389"/>
        <w:gridCol w:w="3389"/>
      </w:tblGrid>
      <w:tr w:rsidR="00DE74A2" w14:paraId="3A97013F" w14:textId="77777777">
        <w:trPr>
          <w:jc w:val="center"/>
        </w:trPr>
        <w:tc>
          <w:tcPr>
            <w:tcW w:w="3389" w:type="dxa"/>
            <w:tcBorders>
              <w:bottom w:val="nil"/>
            </w:tcBorders>
            <w:tcMar>
              <w:top w:w="45" w:type="dxa"/>
              <w:left w:w="80" w:type="dxa"/>
              <w:bottom w:w="45" w:type="dxa"/>
              <w:right w:w="80" w:type="dxa"/>
            </w:tcMar>
          </w:tcPr>
          <w:p w14:paraId="540EC3A5" w14:textId="77777777" w:rsidR="00DE74A2" w:rsidRDefault="00B229CD">
            <w:proofErr w:type="gramStart"/>
            <w:r>
              <w:rPr>
                <w:sz w:val="20"/>
              </w:rPr>
              <w:t>☐  Aberdeen</w:t>
            </w:r>
            <w:proofErr w:type="gramEnd"/>
            <w:r>
              <w:rPr>
                <w:sz w:val="20"/>
              </w:rPr>
              <w:t xml:space="preserve"> City</w:t>
            </w:r>
          </w:p>
        </w:tc>
        <w:tc>
          <w:tcPr>
            <w:tcW w:w="3389" w:type="dxa"/>
            <w:tcBorders>
              <w:bottom w:val="nil"/>
            </w:tcBorders>
            <w:tcMar>
              <w:top w:w="45" w:type="dxa"/>
              <w:left w:w="80" w:type="dxa"/>
              <w:bottom w:w="45" w:type="dxa"/>
              <w:right w:w="80" w:type="dxa"/>
            </w:tcMar>
          </w:tcPr>
          <w:p w14:paraId="5F1A1399" w14:textId="77777777" w:rsidR="00DE74A2" w:rsidRDefault="00B229CD">
            <w:proofErr w:type="gramStart"/>
            <w:r>
              <w:rPr>
                <w:sz w:val="20"/>
              </w:rPr>
              <w:t>☐  Aberdeenshire</w:t>
            </w:r>
            <w:proofErr w:type="gramEnd"/>
          </w:p>
        </w:tc>
        <w:tc>
          <w:tcPr>
            <w:tcW w:w="3389" w:type="dxa"/>
            <w:tcBorders>
              <w:bottom w:val="nil"/>
            </w:tcBorders>
            <w:tcMar>
              <w:top w:w="45" w:type="dxa"/>
              <w:left w:w="80" w:type="dxa"/>
              <w:bottom w:w="45" w:type="dxa"/>
              <w:right w:w="80" w:type="dxa"/>
            </w:tcMar>
          </w:tcPr>
          <w:p w14:paraId="00CE3F7C" w14:textId="77777777" w:rsidR="00DE74A2" w:rsidRDefault="00B229CD">
            <w:proofErr w:type="gramStart"/>
            <w:r>
              <w:rPr>
                <w:sz w:val="20"/>
              </w:rPr>
              <w:t>☐  Both</w:t>
            </w:r>
            <w:proofErr w:type="gramEnd"/>
          </w:p>
        </w:tc>
      </w:tr>
    </w:tbl>
    <w:p w14:paraId="4101652C" w14:textId="77777777" w:rsidR="00DE74A2" w:rsidRDefault="00DE74A2">
      <w:pPr>
        <w:spacing w:after="20"/>
      </w:pPr>
    </w:p>
    <w:p w14:paraId="6149EE16" w14:textId="77777777" w:rsidR="00DE74A2" w:rsidRDefault="00B229CD">
      <w:pPr>
        <w:pStyle w:val="Question"/>
      </w:pPr>
      <w:r>
        <w:t>Identify the proposed delivery location(s)</w:t>
      </w:r>
    </w:p>
    <w:tbl>
      <w:tblPr>
        <w:tblW w:w="0" w:type="auto"/>
        <w:jc w:val="center"/>
        <w:tblLook w:val="04A0" w:firstRow="1" w:lastRow="0" w:firstColumn="1" w:lastColumn="0" w:noHBand="0" w:noVBand="1"/>
      </w:tblPr>
      <w:tblGrid>
        <w:gridCol w:w="10166"/>
      </w:tblGrid>
      <w:tr w:rsidR="00DE74A2" w14:paraId="4CE745D7" w14:textId="77777777">
        <w:trPr>
          <w:jc w:val="center"/>
        </w:trPr>
        <w:tc>
          <w:tcPr>
            <w:tcW w:w="10166" w:type="dxa"/>
            <w:tcBorders>
              <w:top w:val="single" w:sz="6" w:space="0" w:color="D5DFD8"/>
              <w:left w:val="single" w:sz="6" w:space="0" w:color="D5DFD8"/>
              <w:bottom w:val="single" w:sz="6" w:space="0" w:color="D5DFD8"/>
              <w:right w:val="single" w:sz="6" w:space="0" w:color="D5DFD8"/>
            </w:tcBorders>
            <w:tcMar>
              <w:top w:w="120" w:type="dxa"/>
              <w:left w:w="120" w:type="dxa"/>
              <w:bottom w:w="120" w:type="dxa"/>
              <w:right w:w="120" w:type="dxa"/>
            </w:tcMar>
          </w:tcPr>
          <w:p w14:paraId="7D149327" w14:textId="77777777" w:rsidR="00DE74A2" w:rsidRDefault="00B229CD">
            <w:pPr>
              <w:spacing w:after="0"/>
            </w:pPr>
            <w:r>
              <w:rPr>
                <w:sz w:val="20"/>
              </w:rPr>
              <w:t xml:space="preserve"> </w:t>
            </w:r>
            <w:r>
              <w:rPr>
                <w:sz w:val="20"/>
              </w:rPr>
              <w:br/>
            </w:r>
            <w:r>
              <w:rPr>
                <w:sz w:val="20"/>
              </w:rPr>
              <w:br/>
            </w:r>
            <w:r>
              <w:rPr>
                <w:sz w:val="20"/>
              </w:rPr>
              <w:br/>
            </w:r>
          </w:p>
        </w:tc>
      </w:tr>
    </w:tbl>
    <w:p w14:paraId="4B99056E" w14:textId="77777777" w:rsidR="00DE74A2" w:rsidRDefault="00DE74A2">
      <w:pPr>
        <w:spacing w:after="20"/>
      </w:pPr>
    </w:p>
    <w:tbl>
      <w:tblPr>
        <w:tblW w:w="0" w:type="auto"/>
        <w:jc w:val="center"/>
        <w:tblLayout w:type="fixed"/>
        <w:tblLook w:val="04A0" w:firstRow="1" w:lastRow="0" w:firstColumn="1" w:lastColumn="0" w:noHBand="0" w:noVBand="1"/>
      </w:tblPr>
      <w:tblGrid>
        <w:gridCol w:w="3355"/>
        <w:gridCol w:w="6624"/>
      </w:tblGrid>
      <w:tr w:rsidR="00DE74A2" w14:paraId="44D3E276" w14:textId="77777777" w:rsidTr="00CD0EFE">
        <w:trPr>
          <w:jc w:val="center"/>
        </w:trPr>
        <w:tc>
          <w:tcPr>
            <w:tcW w:w="3355" w:type="dxa"/>
            <w:tcBorders>
              <w:bottom w:val="single" w:sz="5" w:space="0" w:color="D5DFD8"/>
            </w:tcBorders>
            <w:shd w:val="clear" w:color="auto" w:fill="F3F8F4"/>
            <w:tcMar>
              <w:top w:w="90" w:type="dxa"/>
              <w:left w:w="120" w:type="dxa"/>
              <w:bottom w:w="90" w:type="dxa"/>
              <w:right w:w="120" w:type="dxa"/>
            </w:tcMar>
          </w:tcPr>
          <w:p w14:paraId="5B2C26BE" w14:textId="77777777" w:rsidR="00DE74A2" w:rsidRDefault="00B229CD">
            <w:r>
              <w:rPr>
                <w:b/>
                <w:color w:val="0F3F2E"/>
                <w:sz w:val="20"/>
              </w:rPr>
              <w:t xml:space="preserve">Proposed </w:t>
            </w:r>
            <w:proofErr w:type="gramStart"/>
            <w:r>
              <w:rPr>
                <w:b/>
                <w:color w:val="0F3F2E"/>
                <w:sz w:val="20"/>
              </w:rPr>
              <w:t>project</w:t>
            </w:r>
            <w:proofErr w:type="gramEnd"/>
            <w:r>
              <w:rPr>
                <w:b/>
                <w:color w:val="0F3F2E"/>
                <w:sz w:val="20"/>
              </w:rPr>
              <w:t xml:space="preserve"> start date</w:t>
            </w:r>
          </w:p>
        </w:tc>
        <w:tc>
          <w:tcPr>
            <w:tcW w:w="6624" w:type="dxa"/>
            <w:tcBorders>
              <w:bottom w:val="single" w:sz="5" w:space="0" w:color="D5DFD8"/>
            </w:tcBorders>
            <w:tcMar>
              <w:top w:w="90" w:type="dxa"/>
              <w:left w:w="120" w:type="dxa"/>
              <w:bottom w:w="180" w:type="dxa"/>
              <w:right w:w="120" w:type="dxa"/>
            </w:tcMar>
          </w:tcPr>
          <w:p w14:paraId="5AE118C0" w14:textId="77777777" w:rsidR="00DE74A2" w:rsidRDefault="00B229CD">
            <w:r>
              <w:rPr>
                <w:i/>
                <w:color w:val="5F6978"/>
                <w:sz w:val="19"/>
              </w:rPr>
              <w:t>DD / MM / YYYY</w:t>
            </w:r>
          </w:p>
        </w:tc>
      </w:tr>
      <w:tr w:rsidR="00DE74A2" w14:paraId="75225EE0" w14:textId="77777777" w:rsidTr="00CD0EFE">
        <w:trPr>
          <w:jc w:val="center"/>
        </w:trPr>
        <w:tc>
          <w:tcPr>
            <w:tcW w:w="3355" w:type="dxa"/>
            <w:tcBorders>
              <w:bottom w:val="single" w:sz="5" w:space="0" w:color="D5DFD8"/>
            </w:tcBorders>
            <w:shd w:val="clear" w:color="auto" w:fill="F3F8F4"/>
            <w:tcMar>
              <w:top w:w="90" w:type="dxa"/>
              <w:left w:w="120" w:type="dxa"/>
              <w:bottom w:w="90" w:type="dxa"/>
              <w:right w:w="120" w:type="dxa"/>
            </w:tcMar>
          </w:tcPr>
          <w:p w14:paraId="0E8A75CB" w14:textId="77777777" w:rsidR="00DE74A2" w:rsidRDefault="00B229CD">
            <w:r>
              <w:rPr>
                <w:b/>
                <w:color w:val="0F3F2E"/>
                <w:sz w:val="20"/>
              </w:rPr>
              <w:t>Proposed project end date</w:t>
            </w:r>
          </w:p>
        </w:tc>
        <w:tc>
          <w:tcPr>
            <w:tcW w:w="6624" w:type="dxa"/>
            <w:tcBorders>
              <w:bottom w:val="single" w:sz="5" w:space="0" w:color="D5DFD8"/>
            </w:tcBorders>
            <w:tcMar>
              <w:top w:w="90" w:type="dxa"/>
              <w:left w:w="120" w:type="dxa"/>
              <w:bottom w:w="180" w:type="dxa"/>
              <w:right w:w="120" w:type="dxa"/>
            </w:tcMar>
          </w:tcPr>
          <w:p w14:paraId="1DA7E637" w14:textId="77777777" w:rsidR="00DE74A2" w:rsidRDefault="00B229CD">
            <w:r>
              <w:rPr>
                <w:i/>
                <w:color w:val="5F6978"/>
                <w:sz w:val="19"/>
              </w:rPr>
              <w:t>DD / MM / YYYY</w:t>
            </w:r>
          </w:p>
        </w:tc>
      </w:tr>
    </w:tbl>
    <w:p w14:paraId="1299C43A" w14:textId="77777777" w:rsidR="00DE74A2" w:rsidRDefault="00DE74A2">
      <w:pPr>
        <w:spacing w:after="40"/>
      </w:pPr>
    </w:p>
    <w:tbl>
      <w:tblPr>
        <w:tblW w:w="0" w:type="auto"/>
        <w:jc w:val="center"/>
        <w:tblLayout w:type="fixed"/>
        <w:tblLook w:val="04A0" w:firstRow="1" w:lastRow="0" w:firstColumn="1" w:lastColumn="0" w:noHBand="0" w:noVBand="1"/>
      </w:tblPr>
      <w:tblGrid>
        <w:gridCol w:w="5083"/>
        <w:gridCol w:w="5083"/>
      </w:tblGrid>
      <w:tr w:rsidR="00DE74A2" w14:paraId="0336226F" w14:textId="77777777">
        <w:trPr>
          <w:jc w:val="center"/>
        </w:trPr>
        <w:tc>
          <w:tcPr>
            <w:tcW w:w="5083" w:type="dxa"/>
            <w:shd w:val="clear" w:color="auto" w:fill="1C6B3A"/>
            <w:tcMar>
              <w:top w:w="100" w:type="dxa"/>
              <w:left w:w="120" w:type="dxa"/>
              <w:bottom w:w="100" w:type="dxa"/>
              <w:right w:w="120" w:type="dxa"/>
            </w:tcMar>
          </w:tcPr>
          <w:p w14:paraId="29B4EA11" w14:textId="77777777" w:rsidR="00DE74A2" w:rsidRDefault="00B229CD">
            <w:pPr>
              <w:jc w:val="center"/>
            </w:pPr>
            <w:r>
              <w:rPr>
                <w:b/>
                <w:color w:val="FFFFFF"/>
                <w:sz w:val="24"/>
              </w:rPr>
              <w:t>6</w:t>
            </w:r>
          </w:p>
        </w:tc>
        <w:tc>
          <w:tcPr>
            <w:tcW w:w="5083" w:type="dxa"/>
            <w:shd w:val="clear" w:color="auto" w:fill="0F3F2E"/>
            <w:tcMar>
              <w:top w:w="100" w:type="dxa"/>
              <w:left w:w="120" w:type="dxa"/>
              <w:bottom w:w="100" w:type="dxa"/>
              <w:right w:w="120" w:type="dxa"/>
            </w:tcMar>
          </w:tcPr>
          <w:p w14:paraId="07AC4480" w14:textId="77777777" w:rsidR="00DE74A2" w:rsidRDefault="00B229CD">
            <w:r>
              <w:rPr>
                <w:b/>
                <w:color w:val="FFFFFF"/>
                <w:sz w:val="24"/>
              </w:rPr>
              <w:t>FUNDING REQUEST</w:t>
            </w:r>
          </w:p>
        </w:tc>
      </w:tr>
    </w:tbl>
    <w:p w14:paraId="3E7A9CF8" w14:textId="77777777" w:rsidR="00DE74A2" w:rsidRDefault="00B229CD">
      <w:pPr>
        <w:spacing w:before="100" w:after="160"/>
      </w:pPr>
      <w:r>
        <w:rPr>
          <w:color w:val="5F6978"/>
          <w:sz w:val="19"/>
        </w:rPr>
        <w:t>Provide an early estimate of the project costs. Figures may be refined if a full application is invited.</w:t>
      </w:r>
    </w:p>
    <w:tbl>
      <w:tblPr>
        <w:tblW w:w="0" w:type="auto"/>
        <w:jc w:val="center"/>
        <w:tblLayout w:type="fixed"/>
        <w:tblLook w:val="04A0" w:firstRow="1" w:lastRow="0" w:firstColumn="1" w:lastColumn="0" w:noHBand="0" w:noVBand="1"/>
      </w:tblPr>
      <w:tblGrid>
        <w:gridCol w:w="3448"/>
        <w:gridCol w:w="6624"/>
      </w:tblGrid>
      <w:tr w:rsidR="00DE74A2" w14:paraId="15146530" w14:textId="77777777" w:rsidTr="00CD0EFE">
        <w:trPr>
          <w:jc w:val="center"/>
        </w:trPr>
        <w:tc>
          <w:tcPr>
            <w:tcW w:w="3448" w:type="dxa"/>
            <w:tcBorders>
              <w:bottom w:val="single" w:sz="5" w:space="0" w:color="D5DFD8"/>
            </w:tcBorders>
            <w:shd w:val="clear" w:color="auto" w:fill="F3F8F4"/>
            <w:tcMar>
              <w:top w:w="90" w:type="dxa"/>
              <w:left w:w="120" w:type="dxa"/>
              <w:bottom w:w="90" w:type="dxa"/>
              <w:right w:w="120" w:type="dxa"/>
            </w:tcMar>
          </w:tcPr>
          <w:p w14:paraId="3D030B0B" w14:textId="77777777" w:rsidR="00DE74A2" w:rsidRDefault="00B229CD">
            <w:r>
              <w:rPr>
                <w:b/>
                <w:color w:val="0F3F2E"/>
                <w:sz w:val="20"/>
              </w:rPr>
              <w:t>Estimated total project cost</w:t>
            </w:r>
          </w:p>
        </w:tc>
        <w:tc>
          <w:tcPr>
            <w:tcW w:w="6624" w:type="dxa"/>
            <w:tcBorders>
              <w:bottom w:val="single" w:sz="5" w:space="0" w:color="D5DFD8"/>
            </w:tcBorders>
            <w:tcMar>
              <w:top w:w="90" w:type="dxa"/>
              <w:left w:w="120" w:type="dxa"/>
              <w:bottom w:w="180" w:type="dxa"/>
              <w:right w:w="120" w:type="dxa"/>
            </w:tcMar>
          </w:tcPr>
          <w:p w14:paraId="0A0F28DD" w14:textId="77777777" w:rsidR="00DE74A2" w:rsidRDefault="00B229CD">
            <w:r>
              <w:rPr>
                <w:i/>
                <w:color w:val="5F6978"/>
                <w:sz w:val="19"/>
              </w:rPr>
              <w:t>£</w:t>
            </w:r>
          </w:p>
        </w:tc>
      </w:tr>
      <w:tr w:rsidR="00DE74A2" w14:paraId="634D6D50" w14:textId="77777777" w:rsidTr="00CD0EFE">
        <w:trPr>
          <w:jc w:val="center"/>
        </w:trPr>
        <w:tc>
          <w:tcPr>
            <w:tcW w:w="3448" w:type="dxa"/>
            <w:tcBorders>
              <w:bottom w:val="single" w:sz="5" w:space="0" w:color="D5DFD8"/>
            </w:tcBorders>
            <w:shd w:val="clear" w:color="auto" w:fill="F3F8F4"/>
            <w:tcMar>
              <w:top w:w="90" w:type="dxa"/>
              <w:left w:w="120" w:type="dxa"/>
              <w:bottom w:w="90" w:type="dxa"/>
              <w:right w:w="120" w:type="dxa"/>
            </w:tcMar>
          </w:tcPr>
          <w:p w14:paraId="34613465" w14:textId="77777777" w:rsidR="00DE74A2" w:rsidRDefault="00B229CD">
            <w:r>
              <w:rPr>
                <w:b/>
                <w:color w:val="0F3F2E"/>
                <w:sz w:val="20"/>
              </w:rPr>
              <w:t>Skills Fund grant requested</w:t>
            </w:r>
          </w:p>
        </w:tc>
        <w:tc>
          <w:tcPr>
            <w:tcW w:w="6624" w:type="dxa"/>
            <w:tcBorders>
              <w:bottom w:val="single" w:sz="5" w:space="0" w:color="D5DFD8"/>
            </w:tcBorders>
            <w:tcMar>
              <w:top w:w="90" w:type="dxa"/>
              <w:left w:w="120" w:type="dxa"/>
              <w:bottom w:w="180" w:type="dxa"/>
              <w:right w:w="120" w:type="dxa"/>
            </w:tcMar>
          </w:tcPr>
          <w:p w14:paraId="2C444BCD" w14:textId="77777777" w:rsidR="00DE74A2" w:rsidRDefault="00B229CD">
            <w:r>
              <w:rPr>
                <w:i/>
                <w:color w:val="5F6978"/>
                <w:sz w:val="19"/>
              </w:rPr>
              <w:t>£</w:t>
            </w:r>
          </w:p>
        </w:tc>
      </w:tr>
    </w:tbl>
    <w:p w14:paraId="4DDBEF00" w14:textId="77777777" w:rsidR="00DE74A2" w:rsidRDefault="00DE74A2">
      <w:pPr>
        <w:spacing w:after="40"/>
      </w:pPr>
    </w:p>
    <w:p w14:paraId="1A2FFBF4" w14:textId="77777777" w:rsidR="00DE74A2" w:rsidRDefault="00B229CD">
      <w:pPr>
        <w:pStyle w:val="Question"/>
      </w:pPr>
      <w:r>
        <w:t>Which funding route do you expect to apply under?</w:t>
      </w:r>
    </w:p>
    <w:tbl>
      <w:tblPr>
        <w:tblW w:w="0" w:type="auto"/>
        <w:jc w:val="center"/>
        <w:tblLayout w:type="fixed"/>
        <w:tblLook w:val="04A0" w:firstRow="1" w:lastRow="0" w:firstColumn="1" w:lastColumn="0" w:noHBand="0" w:noVBand="1"/>
      </w:tblPr>
      <w:tblGrid>
        <w:gridCol w:w="5083"/>
        <w:gridCol w:w="5083"/>
      </w:tblGrid>
      <w:tr w:rsidR="00DE74A2" w14:paraId="1B841056" w14:textId="77777777">
        <w:trPr>
          <w:jc w:val="center"/>
        </w:trPr>
        <w:tc>
          <w:tcPr>
            <w:tcW w:w="5083" w:type="dxa"/>
            <w:tcBorders>
              <w:bottom w:val="nil"/>
            </w:tcBorders>
            <w:tcMar>
              <w:top w:w="45" w:type="dxa"/>
              <w:left w:w="80" w:type="dxa"/>
              <w:bottom w:w="45" w:type="dxa"/>
              <w:right w:w="80" w:type="dxa"/>
            </w:tcMar>
          </w:tcPr>
          <w:p w14:paraId="0F29B13A" w14:textId="77777777" w:rsidR="00DE74A2" w:rsidRDefault="00B229CD">
            <w:proofErr w:type="gramStart"/>
            <w:r>
              <w:rPr>
                <w:sz w:val="20"/>
              </w:rPr>
              <w:t>☐  Pilot</w:t>
            </w:r>
            <w:proofErr w:type="gramEnd"/>
            <w:r>
              <w:rPr>
                <w:sz w:val="20"/>
              </w:rPr>
              <w:t xml:space="preserve"> - up to £24,999</w:t>
            </w:r>
          </w:p>
        </w:tc>
        <w:tc>
          <w:tcPr>
            <w:tcW w:w="5083" w:type="dxa"/>
            <w:tcBorders>
              <w:bottom w:val="nil"/>
            </w:tcBorders>
            <w:tcMar>
              <w:top w:w="45" w:type="dxa"/>
              <w:left w:w="80" w:type="dxa"/>
              <w:bottom w:w="45" w:type="dxa"/>
              <w:right w:w="80" w:type="dxa"/>
            </w:tcMar>
          </w:tcPr>
          <w:p w14:paraId="5EEB9EB4" w14:textId="77777777" w:rsidR="00DE74A2" w:rsidRDefault="00B229CD">
            <w:proofErr w:type="gramStart"/>
            <w:r>
              <w:rPr>
                <w:sz w:val="20"/>
              </w:rPr>
              <w:t>☐  Medium</w:t>
            </w:r>
            <w:proofErr w:type="gramEnd"/>
            <w:r>
              <w:rPr>
                <w:sz w:val="20"/>
              </w:rPr>
              <w:t xml:space="preserve"> - £25,000 to £249,999</w:t>
            </w:r>
          </w:p>
        </w:tc>
      </w:tr>
      <w:tr w:rsidR="00DE74A2" w14:paraId="3CAE6143" w14:textId="77777777">
        <w:trPr>
          <w:jc w:val="center"/>
        </w:trPr>
        <w:tc>
          <w:tcPr>
            <w:tcW w:w="5083" w:type="dxa"/>
            <w:tcBorders>
              <w:bottom w:val="nil"/>
            </w:tcBorders>
            <w:tcMar>
              <w:top w:w="45" w:type="dxa"/>
              <w:left w:w="80" w:type="dxa"/>
              <w:bottom w:w="45" w:type="dxa"/>
              <w:right w:w="80" w:type="dxa"/>
            </w:tcMar>
          </w:tcPr>
          <w:p w14:paraId="3DE1F721" w14:textId="77777777" w:rsidR="00DE74A2" w:rsidRDefault="00B229CD">
            <w:proofErr w:type="gramStart"/>
            <w:r>
              <w:rPr>
                <w:sz w:val="20"/>
              </w:rPr>
              <w:t>☐  Large</w:t>
            </w:r>
            <w:proofErr w:type="gramEnd"/>
            <w:r>
              <w:rPr>
                <w:sz w:val="20"/>
              </w:rPr>
              <w:t xml:space="preserve"> / Strategic - £250,000 to £750,000</w:t>
            </w:r>
          </w:p>
        </w:tc>
        <w:tc>
          <w:tcPr>
            <w:tcW w:w="5083" w:type="dxa"/>
            <w:tcBorders>
              <w:bottom w:val="nil"/>
            </w:tcBorders>
            <w:tcMar>
              <w:top w:w="45" w:type="dxa"/>
              <w:left w:w="80" w:type="dxa"/>
              <w:bottom w:w="45" w:type="dxa"/>
              <w:right w:w="80" w:type="dxa"/>
            </w:tcMar>
          </w:tcPr>
          <w:p w14:paraId="66149323" w14:textId="77777777" w:rsidR="00DE74A2" w:rsidRDefault="00B229CD">
            <w:proofErr w:type="gramStart"/>
            <w:r>
              <w:rPr>
                <w:sz w:val="20"/>
              </w:rPr>
              <w:t>☐  Unsure</w:t>
            </w:r>
            <w:proofErr w:type="gramEnd"/>
          </w:p>
        </w:tc>
      </w:tr>
    </w:tbl>
    <w:p w14:paraId="3461D779" w14:textId="77777777" w:rsidR="00DE74A2" w:rsidRDefault="00DE74A2">
      <w:pPr>
        <w:spacing w:after="20"/>
      </w:pPr>
    </w:p>
    <w:p w14:paraId="7CA55FC1" w14:textId="77777777" w:rsidR="00DE74A2" w:rsidRDefault="00B229CD">
      <w:pPr>
        <w:pStyle w:val="Question"/>
      </w:pPr>
      <w:r>
        <w:t>Will match funding be provided?</w:t>
      </w:r>
    </w:p>
    <w:tbl>
      <w:tblPr>
        <w:tblW w:w="0" w:type="auto"/>
        <w:jc w:val="center"/>
        <w:tblLayout w:type="fixed"/>
        <w:tblLook w:val="04A0" w:firstRow="1" w:lastRow="0" w:firstColumn="1" w:lastColumn="0" w:noHBand="0" w:noVBand="1"/>
      </w:tblPr>
      <w:tblGrid>
        <w:gridCol w:w="3389"/>
        <w:gridCol w:w="3389"/>
        <w:gridCol w:w="3389"/>
      </w:tblGrid>
      <w:tr w:rsidR="00DE74A2" w14:paraId="757CA8C1" w14:textId="77777777">
        <w:trPr>
          <w:jc w:val="center"/>
        </w:trPr>
        <w:tc>
          <w:tcPr>
            <w:tcW w:w="3389" w:type="dxa"/>
            <w:tcBorders>
              <w:bottom w:val="nil"/>
            </w:tcBorders>
            <w:tcMar>
              <w:top w:w="45" w:type="dxa"/>
              <w:left w:w="80" w:type="dxa"/>
              <w:bottom w:w="45" w:type="dxa"/>
              <w:right w:w="80" w:type="dxa"/>
            </w:tcMar>
          </w:tcPr>
          <w:p w14:paraId="609928ED" w14:textId="77777777" w:rsidR="00DE74A2" w:rsidRDefault="00B229CD">
            <w:proofErr w:type="gramStart"/>
            <w:r>
              <w:rPr>
                <w:sz w:val="20"/>
              </w:rPr>
              <w:t>☐  Yes</w:t>
            </w:r>
            <w:proofErr w:type="gramEnd"/>
          </w:p>
        </w:tc>
        <w:tc>
          <w:tcPr>
            <w:tcW w:w="3389" w:type="dxa"/>
            <w:tcBorders>
              <w:bottom w:val="nil"/>
            </w:tcBorders>
            <w:tcMar>
              <w:top w:w="45" w:type="dxa"/>
              <w:left w:w="80" w:type="dxa"/>
              <w:bottom w:w="45" w:type="dxa"/>
              <w:right w:w="80" w:type="dxa"/>
            </w:tcMar>
          </w:tcPr>
          <w:p w14:paraId="2DA4AA9A" w14:textId="77777777" w:rsidR="00DE74A2" w:rsidRDefault="00B229CD">
            <w:proofErr w:type="gramStart"/>
            <w:r>
              <w:rPr>
                <w:sz w:val="20"/>
              </w:rPr>
              <w:t>☐  No</w:t>
            </w:r>
            <w:proofErr w:type="gramEnd"/>
          </w:p>
        </w:tc>
        <w:tc>
          <w:tcPr>
            <w:tcW w:w="3389" w:type="dxa"/>
            <w:tcBorders>
              <w:bottom w:val="nil"/>
            </w:tcBorders>
            <w:tcMar>
              <w:top w:w="45" w:type="dxa"/>
              <w:left w:w="80" w:type="dxa"/>
              <w:bottom w:w="45" w:type="dxa"/>
              <w:right w:w="80" w:type="dxa"/>
            </w:tcMar>
          </w:tcPr>
          <w:p w14:paraId="26D4678E" w14:textId="77777777" w:rsidR="00DE74A2" w:rsidRDefault="00B229CD">
            <w:proofErr w:type="gramStart"/>
            <w:r>
              <w:rPr>
                <w:sz w:val="20"/>
              </w:rPr>
              <w:t>☐  Not</w:t>
            </w:r>
            <w:proofErr w:type="gramEnd"/>
            <w:r>
              <w:rPr>
                <w:sz w:val="20"/>
              </w:rPr>
              <w:t xml:space="preserve"> yet confirmed</w:t>
            </w:r>
          </w:p>
        </w:tc>
      </w:tr>
    </w:tbl>
    <w:p w14:paraId="3CF2D8B6" w14:textId="77777777" w:rsidR="00DE74A2" w:rsidRDefault="00DE74A2">
      <w:pPr>
        <w:spacing w:after="20"/>
      </w:pPr>
    </w:p>
    <w:tbl>
      <w:tblPr>
        <w:tblW w:w="0" w:type="auto"/>
        <w:jc w:val="center"/>
        <w:tblLayout w:type="fixed"/>
        <w:tblLook w:val="04A0" w:firstRow="1" w:lastRow="0" w:firstColumn="1" w:lastColumn="0" w:noHBand="0" w:noVBand="1"/>
      </w:tblPr>
      <w:tblGrid>
        <w:gridCol w:w="3355"/>
        <w:gridCol w:w="6624"/>
      </w:tblGrid>
      <w:tr w:rsidR="00DE74A2" w14:paraId="549413A0" w14:textId="77777777" w:rsidTr="00CD0EFE">
        <w:trPr>
          <w:jc w:val="center"/>
        </w:trPr>
        <w:tc>
          <w:tcPr>
            <w:tcW w:w="3355" w:type="dxa"/>
            <w:tcBorders>
              <w:bottom w:val="single" w:sz="5" w:space="0" w:color="D5DFD8"/>
            </w:tcBorders>
            <w:shd w:val="clear" w:color="auto" w:fill="F3F8F4"/>
            <w:tcMar>
              <w:top w:w="90" w:type="dxa"/>
              <w:left w:w="120" w:type="dxa"/>
              <w:bottom w:w="90" w:type="dxa"/>
              <w:right w:w="120" w:type="dxa"/>
            </w:tcMar>
          </w:tcPr>
          <w:p w14:paraId="2A7866FA" w14:textId="77777777" w:rsidR="00DE74A2" w:rsidRDefault="00B229CD">
            <w:r>
              <w:rPr>
                <w:b/>
                <w:color w:val="0F3F2E"/>
                <w:sz w:val="20"/>
              </w:rPr>
              <w:t>Estimated match funding</w:t>
            </w:r>
          </w:p>
        </w:tc>
        <w:tc>
          <w:tcPr>
            <w:tcW w:w="6624" w:type="dxa"/>
            <w:tcBorders>
              <w:bottom w:val="single" w:sz="5" w:space="0" w:color="D5DFD8"/>
            </w:tcBorders>
            <w:tcMar>
              <w:top w:w="90" w:type="dxa"/>
              <w:left w:w="120" w:type="dxa"/>
              <w:bottom w:w="180" w:type="dxa"/>
              <w:right w:w="120" w:type="dxa"/>
            </w:tcMar>
          </w:tcPr>
          <w:p w14:paraId="6B141F79" w14:textId="77777777" w:rsidR="00DE74A2" w:rsidRDefault="00B229CD">
            <w:r>
              <w:rPr>
                <w:i/>
                <w:color w:val="5F6978"/>
                <w:sz w:val="19"/>
              </w:rPr>
              <w:t>£ - if applicable</w:t>
            </w:r>
          </w:p>
        </w:tc>
      </w:tr>
      <w:tr w:rsidR="00DE74A2" w14:paraId="0D740739" w14:textId="77777777" w:rsidTr="00CD0EFE">
        <w:trPr>
          <w:jc w:val="center"/>
        </w:trPr>
        <w:tc>
          <w:tcPr>
            <w:tcW w:w="3355" w:type="dxa"/>
            <w:tcBorders>
              <w:bottom w:val="single" w:sz="5" w:space="0" w:color="D5DFD8"/>
            </w:tcBorders>
            <w:shd w:val="clear" w:color="auto" w:fill="F3F8F4"/>
            <w:tcMar>
              <w:top w:w="90" w:type="dxa"/>
              <w:left w:w="120" w:type="dxa"/>
              <w:bottom w:w="90" w:type="dxa"/>
              <w:right w:w="120" w:type="dxa"/>
            </w:tcMar>
          </w:tcPr>
          <w:p w14:paraId="016A1D2C" w14:textId="77777777" w:rsidR="00DE74A2" w:rsidRDefault="00B229CD">
            <w:r>
              <w:rPr>
                <w:b/>
                <w:color w:val="0F3F2E"/>
                <w:sz w:val="20"/>
              </w:rPr>
              <w:t>Source of match funding</w:t>
            </w:r>
          </w:p>
        </w:tc>
        <w:tc>
          <w:tcPr>
            <w:tcW w:w="6624" w:type="dxa"/>
            <w:tcBorders>
              <w:bottom w:val="single" w:sz="5" w:space="0" w:color="D5DFD8"/>
            </w:tcBorders>
            <w:tcMar>
              <w:top w:w="90" w:type="dxa"/>
              <w:left w:w="120" w:type="dxa"/>
              <w:bottom w:w="180" w:type="dxa"/>
              <w:right w:w="120" w:type="dxa"/>
            </w:tcMar>
          </w:tcPr>
          <w:p w14:paraId="2E7B1F90" w14:textId="77777777" w:rsidR="00DE74A2" w:rsidRDefault="00B229CD">
            <w:r>
              <w:rPr>
                <w:i/>
                <w:color w:val="5F6978"/>
                <w:sz w:val="19"/>
              </w:rPr>
              <w:t>If known</w:t>
            </w:r>
          </w:p>
        </w:tc>
      </w:tr>
    </w:tbl>
    <w:p w14:paraId="0FB78278" w14:textId="77777777" w:rsidR="00DE74A2" w:rsidRDefault="00DE74A2">
      <w:pPr>
        <w:spacing w:after="40"/>
      </w:pPr>
    </w:p>
    <w:tbl>
      <w:tblPr>
        <w:tblW w:w="0" w:type="auto"/>
        <w:tblInd w:w="262" w:type="dxa"/>
        <w:tblLook w:val="04A0" w:firstRow="1" w:lastRow="0" w:firstColumn="1" w:lastColumn="0" w:noHBand="0" w:noVBand="1"/>
      </w:tblPr>
      <w:tblGrid>
        <w:gridCol w:w="9904"/>
      </w:tblGrid>
      <w:tr w:rsidR="00DE74A2" w14:paraId="120D281D" w14:textId="77777777" w:rsidTr="00CD0EFE">
        <w:tc>
          <w:tcPr>
            <w:tcW w:w="9904" w:type="dxa"/>
            <w:tcBorders>
              <w:left w:val="single" w:sz="18" w:space="0" w:color="0E6670"/>
            </w:tcBorders>
            <w:shd w:val="clear" w:color="auto" w:fill="F3F8F4"/>
            <w:tcMar>
              <w:top w:w="120" w:type="dxa"/>
              <w:left w:w="120" w:type="dxa"/>
              <w:bottom w:w="120" w:type="dxa"/>
              <w:right w:w="120" w:type="dxa"/>
            </w:tcMar>
          </w:tcPr>
          <w:p w14:paraId="63CB244B" w14:textId="77777777" w:rsidR="00DE74A2" w:rsidRDefault="00B229CD">
            <w:r>
              <w:rPr>
                <w:b/>
                <w:color w:val="0E6670"/>
                <w:sz w:val="20"/>
              </w:rPr>
              <w:t xml:space="preserve">Early-stage </w:t>
            </w:r>
            <w:proofErr w:type="gramStart"/>
            <w:r>
              <w:rPr>
                <w:b/>
                <w:color w:val="0E6670"/>
                <w:sz w:val="20"/>
              </w:rPr>
              <w:t>estimate</w:t>
            </w:r>
            <w:r>
              <w:rPr>
                <w:sz w:val="19"/>
              </w:rPr>
              <w:t xml:space="preserve">  The</w:t>
            </w:r>
            <w:proofErr w:type="gramEnd"/>
            <w:r>
              <w:rPr>
                <w:sz w:val="19"/>
              </w:rPr>
              <w:t xml:space="preserve"> expression of interest is intended to establish potential eligibility and scale. A more detailed cost breakdown will be required at full application stage.</w:t>
            </w:r>
          </w:p>
        </w:tc>
      </w:tr>
    </w:tbl>
    <w:p w14:paraId="5955B845" w14:textId="77777777" w:rsidR="00946061" w:rsidRDefault="00946061"/>
    <w:tbl>
      <w:tblPr>
        <w:tblW w:w="0" w:type="auto"/>
        <w:tblCellMar>
          <w:left w:w="0" w:type="dxa"/>
          <w:right w:w="0" w:type="dxa"/>
        </w:tblCellMar>
        <w:tblLook w:val="04A0" w:firstRow="1" w:lastRow="0" w:firstColumn="1" w:lastColumn="0" w:noHBand="0" w:noVBand="1"/>
      </w:tblPr>
      <w:tblGrid>
        <w:gridCol w:w="5083"/>
        <w:gridCol w:w="5083"/>
      </w:tblGrid>
      <w:tr w:rsidR="00946061" w14:paraId="4AFCA513" w14:textId="77777777">
        <w:tc>
          <w:tcPr>
            <w:tcW w:w="5083" w:type="dxa"/>
            <w:shd w:val="clear" w:color="auto" w:fill="1C6B3A"/>
            <w:tcMar>
              <w:top w:w="100" w:type="dxa"/>
              <w:left w:w="120" w:type="dxa"/>
              <w:bottom w:w="100" w:type="dxa"/>
              <w:right w:w="120" w:type="dxa"/>
            </w:tcMar>
            <w:hideMark/>
          </w:tcPr>
          <w:p w14:paraId="36E0F5C8" w14:textId="77777777" w:rsidR="00946061" w:rsidRDefault="00946061">
            <w:pPr>
              <w:jc w:val="center"/>
              <w:rPr>
                <w:kern w:val="2"/>
                <w:szCs w:val="21"/>
                <w:lang w:val="en-GB" w:eastAsia="en-GB"/>
                <w14:ligatures w14:val="standardContextual"/>
              </w:rPr>
            </w:pPr>
            <w:r>
              <w:rPr>
                <w:color w:val="FFFFFF"/>
                <w:sz w:val="24"/>
                <w:szCs w:val="24"/>
              </w:rPr>
              <w:lastRenderedPageBreak/>
              <w:t>7</w:t>
            </w:r>
          </w:p>
        </w:tc>
        <w:tc>
          <w:tcPr>
            <w:tcW w:w="5083" w:type="dxa"/>
            <w:shd w:val="clear" w:color="auto" w:fill="0F3F2E"/>
            <w:tcMar>
              <w:top w:w="100" w:type="dxa"/>
              <w:left w:w="120" w:type="dxa"/>
              <w:bottom w:w="100" w:type="dxa"/>
              <w:right w:w="120" w:type="dxa"/>
            </w:tcMar>
            <w:hideMark/>
          </w:tcPr>
          <w:p w14:paraId="6F41D105" w14:textId="77777777" w:rsidR="00946061" w:rsidRPr="00CB6DA9" w:rsidRDefault="00946061">
            <w:pPr>
              <w:rPr>
                <w:b/>
                <w:bCs/>
              </w:rPr>
            </w:pPr>
            <w:r w:rsidRPr="00CB6DA9">
              <w:rPr>
                <w:b/>
                <w:bCs/>
                <w:color w:val="FFFFFF"/>
                <w:sz w:val="24"/>
                <w:szCs w:val="24"/>
              </w:rPr>
              <w:t>ADDITIONALITY AND COLLABORATION</w:t>
            </w:r>
          </w:p>
        </w:tc>
      </w:tr>
    </w:tbl>
    <w:p w14:paraId="04FBB01D" w14:textId="77777777" w:rsidR="00DE74A2" w:rsidRDefault="00B229CD">
      <w:pPr>
        <w:spacing w:before="100" w:after="160"/>
      </w:pPr>
      <w:r>
        <w:rPr>
          <w:color w:val="5F6978"/>
          <w:sz w:val="19"/>
        </w:rPr>
        <w:t>Explain why Skills Fund support is required and how the proposal relates to existing provision and relevant partners.</w:t>
      </w:r>
    </w:p>
    <w:p w14:paraId="2F0F2FFE" w14:textId="24E39F52" w:rsidR="00DE74A2" w:rsidRDefault="7F377262" w:rsidP="2EEA8779">
      <w:pPr>
        <w:pStyle w:val="Question"/>
        <w:rPr>
          <w:b w:val="0"/>
          <w:i/>
          <w:iCs/>
          <w:color w:val="5F6978"/>
          <w:sz w:val="18"/>
          <w:szCs w:val="18"/>
        </w:rPr>
      </w:pPr>
      <w:r>
        <w:t xml:space="preserve">If NESIZ funding was unavailable, would the project still happen in </w:t>
      </w:r>
      <w:proofErr w:type="gramStart"/>
      <w:r>
        <w:t>exactly the same</w:t>
      </w:r>
      <w:proofErr w:type="gramEnd"/>
      <w:r>
        <w:t xml:space="preserve"> way? Explain what the funding would enable to happen, happen sooner or be delivered at greater </w:t>
      </w:r>
      <w:proofErr w:type="gramStart"/>
      <w:r>
        <w:t>scale</w:t>
      </w:r>
      <w:r w:rsidRPr="2EEA8779">
        <w:rPr>
          <w:b w:val="0"/>
          <w:i/>
          <w:iCs/>
          <w:color w:val="5F6978"/>
          <w:sz w:val="18"/>
          <w:szCs w:val="18"/>
        </w:rPr>
        <w:t xml:space="preserve">  (</w:t>
      </w:r>
      <w:proofErr w:type="gramEnd"/>
      <w:r w:rsidRPr="2EEA8779">
        <w:rPr>
          <w:b w:val="0"/>
          <w:i/>
          <w:iCs/>
          <w:color w:val="5F6978"/>
          <w:sz w:val="18"/>
          <w:szCs w:val="18"/>
        </w:rPr>
        <w:t xml:space="preserve">maximum </w:t>
      </w:r>
      <w:r w:rsidR="0E07B8DA" w:rsidRPr="2EEA8779">
        <w:rPr>
          <w:b w:val="0"/>
          <w:i/>
          <w:iCs/>
          <w:color w:val="5F6978"/>
          <w:sz w:val="18"/>
          <w:szCs w:val="18"/>
        </w:rPr>
        <w:t>350</w:t>
      </w:r>
      <w:r w:rsidRPr="2EEA8779">
        <w:rPr>
          <w:b w:val="0"/>
          <w:i/>
          <w:iCs/>
          <w:color w:val="5F6978"/>
          <w:sz w:val="18"/>
          <w:szCs w:val="18"/>
        </w:rPr>
        <w:t xml:space="preserve"> words)</w:t>
      </w:r>
    </w:p>
    <w:p w14:paraId="7481E0EF" w14:textId="277F6125" w:rsidR="463E04E3" w:rsidRDefault="463E04E3" w:rsidP="2EEA8779">
      <w:pPr>
        <w:pStyle w:val="Question"/>
        <w:rPr>
          <w:b w:val="0"/>
          <w:i/>
          <w:iCs/>
          <w:color w:val="5F6978"/>
          <w:sz w:val="18"/>
          <w:szCs w:val="18"/>
        </w:rPr>
      </w:pPr>
      <w:r w:rsidRPr="2EEA8779">
        <w:rPr>
          <w:rFonts w:eastAsia="Aptos" w:cs="Aptos"/>
          <w:szCs w:val="21"/>
        </w:rPr>
        <w:t>For medium and large projects please confirm how they align with or are sufficiently different from provision funded through the main NESIZ programme</w:t>
      </w:r>
    </w:p>
    <w:tbl>
      <w:tblPr>
        <w:tblW w:w="0" w:type="auto"/>
        <w:jc w:val="center"/>
        <w:tblLook w:val="04A0" w:firstRow="1" w:lastRow="0" w:firstColumn="1" w:lastColumn="0" w:noHBand="0" w:noVBand="1"/>
      </w:tblPr>
      <w:tblGrid>
        <w:gridCol w:w="10166"/>
      </w:tblGrid>
      <w:tr w:rsidR="00DE74A2" w14:paraId="253B9705" w14:textId="77777777">
        <w:trPr>
          <w:jc w:val="center"/>
        </w:trPr>
        <w:tc>
          <w:tcPr>
            <w:tcW w:w="10166" w:type="dxa"/>
            <w:tcBorders>
              <w:top w:val="single" w:sz="6" w:space="0" w:color="D5DFD8"/>
              <w:left w:val="single" w:sz="6" w:space="0" w:color="D5DFD8"/>
              <w:bottom w:val="single" w:sz="6" w:space="0" w:color="D5DFD8"/>
              <w:right w:val="single" w:sz="6" w:space="0" w:color="D5DFD8"/>
            </w:tcBorders>
            <w:tcMar>
              <w:top w:w="120" w:type="dxa"/>
              <w:left w:w="120" w:type="dxa"/>
              <w:bottom w:w="120" w:type="dxa"/>
              <w:right w:w="120" w:type="dxa"/>
            </w:tcMar>
          </w:tcPr>
          <w:p w14:paraId="752553BD" w14:textId="77777777" w:rsidR="00DE74A2" w:rsidRDefault="00B229CD">
            <w:pPr>
              <w:spacing w:after="0"/>
            </w:pPr>
            <w:r>
              <w:rPr>
                <w:sz w:val="20"/>
              </w:rPr>
              <w:t xml:space="preserve"> </w:t>
            </w:r>
            <w:r>
              <w:rPr>
                <w:sz w:val="20"/>
              </w:rPr>
              <w:br/>
            </w:r>
            <w:r>
              <w:rPr>
                <w:sz w:val="20"/>
              </w:rPr>
              <w:br/>
            </w:r>
            <w:r>
              <w:rPr>
                <w:sz w:val="20"/>
              </w:rPr>
              <w:br/>
            </w:r>
            <w:r>
              <w:rPr>
                <w:sz w:val="20"/>
              </w:rPr>
              <w:br/>
            </w:r>
            <w:r>
              <w:rPr>
                <w:sz w:val="20"/>
              </w:rPr>
              <w:br/>
            </w:r>
            <w:r>
              <w:rPr>
                <w:sz w:val="20"/>
              </w:rPr>
              <w:br/>
            </w:r>
          </w:p>
        </w:tc>
      </w:tr>
    </w:tbl>
    <w:p w14:paraId="1FC39945" w14:textId="77777777" w:rsidR="00DE74A2" w:rsidRDefault="00DE74A2">
      <w:pPr>
        <w:spacing w:after="20"/>
      </w:pPr>
    </w:p>
    <w:p w14:paraId="5699CE24" w14:textId="5BA453C8" w:rsidR="007630CE" w:rsidRDefault="00703078" w:rsidP="007630CE">
      <w:pPr>
        <w:pStyle w:val="Question"/>
        <w:rPr>
          <w:b w:val="0"/>
          <w:i/>
          <w:iCs/>
          <w:color w:val="5F6978"/>
          <w:sz w:val="18"/>
          <w:szCs w:val="18"/>
        </w:rPr>
      </w:pPr>
      <w:r>
        <w:t>For medium and large projects p</w:t>
      </w:r>
      <w:r w:rsidR="007630CE" w:rsidRPr="00333BAC">
        <w:rPr>
          <w:rFonts w:eastAsia="Aptos" w:cs="Aptos"/>
          <w:i/>
          <w:iCs/>
          <w:szCs w:val="21"/>
        </w:rPr>
        <w:t>lease explain how the proposed project aligns with, complements or is sufficiently different from provision already funded through the North east Scotland Investment Zone programme. This should demonstrate that the project will add value and avoid duplication of activity</w:t>
      </w:r>
      <w:r w:rsidR="007630CE">
        <w:rPr>
          <w:rFonts w:eastAsia="Aptos" w:cs="Aptos"/>
          <w:szCs w:val="21"/>
        </w:rPr>
        <w:t xml:space="preserve">. </w:t>
      </w:r>
      <w:r w:rsidR="007630CE" w:rsidRPr="2EEA8779">
        <w:rPr>
          <w:b w:val="0"/>
          <w:i/>
          <w:iCs/>
          <w:color w:val="5F6978"/>
          <w:sz w:val="18"/>
          <w:szCs w:val="18"/>
        </w:rPr>
        <w:t>(maximum</w:t>
      </w:r>
      <w:r w:rsidR="007630CE">
        <w:rPr>
          <w:b w:val="0"/>
          <w:i/>
          <w:iCs/>
          <w:color w:val="5F6978"/>
          <w:sz w:val="18"/>
          <w:szCs w:val="18"/>
        </w:rPr>
        <w:t>5</w:t>
      </w:r>
      <w:r w:rsidR="007630CE" w:rsidRPr="2EEA8779">
        <w:rPr>
          <w:b w:val="0"/>
          <w:i/>
          <w:iCs/>
          <w:color w:val="5F6978"/>
          <w:sz w:val="18"/>
          <w:szCs w:val="18"/>
        </w:rPr>
        <w:t>00 words)</w:t>
      </w:r>
    </w:p>
    <w:p w14:paraId="7C40638E" w14:textId="16930294" w:rsidR="00DE74A2" w:rsidRPr="009D30F0" w:rsidRDefault="007630CE">
      <w:pPr>
        <w:pStyle w:val="Question"/>
        <w:rPr>
          <w:lang w:val="en-GB"/>
        </w:rPr>
      </w:pPr>
      <w:r w:rsidRPr="00F82546">
        <w:rPr>
          <w:lang w:val="en-GB"/>
        </w:rPr>
        <w:t>If you are unsure about existing NESIZ-funded activity, please contact the Programme Team who can provide information and contact details for relevant intervention leads.</w:t>
      </w:r>
      <w:r>
        <w:rPr>
          <w:lang w:val="en-GB"/>
        </w:rPr>
        <w:t xml:space="preserve"> </w:t>
      </w:r>
      <w:r w:rsidRPr="00CD7326">
        <w:rPr>
          <w:lang w:val="en-GB"/>
        </w:rPr>
        <w:t>nesiz@aberdeenshire.gov.uk</w:t>
      </w:r>
    </w:p>
    <w:tbl>
      <w:tblPr>
        <w:tblW w:w="0" w:type="auto"/>
        <w:jc w:val="center"/>
        <w:tblLook w:val="04A0" w:firstRow="1" w:lastRow="0" w:firstColumn="1" w:lastColumn="0" w:noHBand="0" w:noVBand="1"/>
      </w:tblPr>
      <w:tblGrid>
        <w:gridCol w:w="10166"/>
      </w:tblGrid>
      <w:tr w:rsidR="00DE74A2" w14:paraId="56051E44" w14:textId="77777777">
        <w:trPr>
          <w:jc w:val="center"/>
        </w:trPr>
        <w:tc>
          <w:tcPr>
            <w:tcW w:w="10166" w:type="dxa"/>
            <w:tcBorders>
              <w:top w:val="single" w:sz="6" w:space="0" w:color="D5DFD8"/>
              <w:left w:val="single" w:sz="6" w:space="0" w:color="D5DFD8"/>
              <w:bottom w:val="single" w:sz="6" w:space="0" w:color="D5DFD8"/>
              <w:right w:val="single" w:sz="6" w:space="0" w:color="D5DFD8"/>
            </w:tcBorders>
            <w:tcMar>
              <w:top w:w="120" w:type="dxa"/>
              <w:left w:w="120" w:type="dxa"/>
              <w:bottom w:w="120" w:type="dxa"/>
              <w:right w:w="120" w:type="dxa"/>
            </w:tcMar>
          </w:tcPr>
          <w:p w14:paraId="554EF5F4" w14:textId="77777777" w:rsidR="00DE74A2" w:rsidRDefault="00B229CD">
            <w:pPr>
              <w:spacing w:after="0"/>
            </w:pPr>
            <w:r>
              <w:rPr>
                <w:sz w:val="20"/>
              </w:rPr>
              <w:t xml:space="preserve"> </w:t>
            </w:r>
            <w:r>
              <w:rPr>
                <w:sz w:val="20"/>
              </w:rPr>
              <w:br/>
            </w:r>
            <w:r>
              <w:rPr>
                <w:sz w:val="20"/>
              </w:rPr>
              <w:br/>
            </w:r>
            <w:r>
              <w:rPr>
                <w:sz w:val="20"/>
              </w:rPr>
              <w:br/>
            </w:r>
            <w:r>
              <w:rPr>
                <w:sz w:val="20"/>
              </w:rPr>
              <w:br/>
            </w:r>
          </w:p>
        </w:tc>
      </w:tr>
    </w:tbl>
    <w:p w14:paraId="0562CB0E" w14:textId="77777777" w:rsidR="00DE74A2" w:rsidRDefault="00DE74A2">
      <w:pPr>
        <w:spacing w:after="20"/>
      </w:pPr>
    </w:p>
    <w:p w14:paraId="2DC731AC" w14:textId="77777777" w:rsidR="00DE74A2" w:rsidRDefault="00B229CD">
      <w:pPr>
        <w:pStyle w:val="Question"/>
      </w:pPr>
      <w:r>
        <w:t>Will the project involve delivery partners or wider collaboration?</w:t>
      </w:r>
    </w:p>
    <w:tbl>
      <w:tblPr>
        <w:tblW w:w="0" w:type="auto"/>
        <w:jc w:val="center"/>
        <w:tblLayout w:type="fixed"/>
        <w:tblLook w:val="04A0" w:firstRow="1" w:lastRow="0" w:firstColumn="1" w:lastColumn="0" w:noHBand="0" w:noVBand="1"/>
      </w:tblPr>
      <w:tblGrid>
        <w:gridCol w:w="3389"/>
        <w:gridCol w:w="3389"/>
        <w:gridCol w:w="3389"/>
      </w:tblGrid>
      <w:tr w:rsidR="00DE74A2" w14:paraId="69A53741" w14:textId="77777777">
        <w:trPr>
          <w:jc w:val="center"/>
        </w:trPr>
        <w:tc>
          <w:tcPr>
            <w:tcW w:w="3389" w:type="dxa"/>
            <w:tcBorders>
              <w:bottom w:val="nil"/>
            </w:tcBorders>
            <w:tcMar>
              <w:top w:w="45" w:type="dxa"/>
              <w:left w:w="80" w:type="dxa"/>
              <w:bottom w:w="45" w:type="dxa"/>
              <w:right w:w="80" w:type="dxa"/>
            </w:tcMar>
          </w:tcPr>
          <w:p w14:paraId="40902866" w14:textId="77777777" w:rsidR="00DE74A2" w:rsidRDefault="00B229CD">
            <w:proofErr w:type="gramStart"/>
            <w:r>
              <w:rPr>
                <w:sz w:val="20"/>
              </w:rPr>
              <w:t>☐  Yes</w:t>
            </w:r>
            <w:proofErr w:type="gramEnd"/>
          </w:p>
        </w:tc>
        <w:tc>
          <w:tcPr>
            <w:tcW w:w="3389" w:type="dxa"/>
            <w:tcBorders>
              <w:bottom w:val="nil"/>
            </w:tcBorders>
            <w:tcMar>
              <w:top w:w="45" w:type="dxa"/>
              <w:left w:w="80" w:type="dxa"/>
              <w:bottom w:w="45" w:type="dxa"/>
              <w:right w:w="80" w:type="dxa"/>
            </w:tcMar>
          </w:tcPr>
          <w:p w14:paraId="53CBAE0F" w14:textId="77777777" w:rsidR="00DE74A2" w:rsidRDefault="00B229CD">
            <w:proofErr w:type="gramStart"/>
            <w:r>
              <w:rPr>
                <w:sz w:val="20"/>
              </w:rPr>
              <w:t>☐  No</w:t>
            </w:r>
            <w:proofErr w:type="gramEnd"/>
          </w:p>
        </w:tc>
        <w:tc>
          <w:tcPr>
            <w:tcW w:w="3389" w:type="dxa"/>
            <w:tcBorders>
              <w:bottom w:val="nil"/>
            </w:tcBorders>
            <w:tcMar>
              <w:top w:w="45" w:type="dxa"/>
              <w:left w:w="80" w:type="dxa"/>
              <w:bottom w:w="45" w:type="dxa"/>
              <w:right w:w="80" w:type="dxa"/>
            </w:tcMar>
          </w:tcPr>
          <w:p w14:paraId="016491A1" w14:textId="77777777" w:rsidR="00DE74A2" w:rsidRDefault="00B229CD">
            <w:proofErr w:type="gramStart"/>
            <w:r>
              <w:rPr>
                <w:sz w:val="20"/>
              </w:rPr>
              <w:t>☐  Not</w:t>
            </w:r>
            <w:proofErr w:type="gramEnd"/>
            <w:r>
              <w:rPr>
                <w:sz w:val="20"/>
              </w:rPr>
              <w:t xml:space="preserve"> yet confirmed</w:t>
            </w:r>
          </w:p>
        </w:tc>
      </w:tr>
    </w:tbl>
    <w:p w14:paraId="34CE0A41" w14:textId="77777777" w:rsidR="00DE74A2" w:rsidRDefault="00DE74A2">
      <w:pPr>
        <w:spacing w:after="20"/>
      </w:pPr>
    </w:p>
    <w:p w14:paraId="6365444F" w14:textId="77777777" w:rsidR="00DE74A2" w:rsidRDefault="00B229CD">
      <w:pPr>
        <w:pStyle w:val="Question"/>
      </w:pPr>
      <w:r>
        <w:t xml:space="preserve">If yes or not yet confirmed, identify the proposed partners and the contribution they may </w:t>
      </w:r>
      <w:proofErr w:type="gramStart"/>
      <w:r>
        <w:t>make</w:t>
      </w:r>
      <w:r>
        <w:rPr>
          <w:b w:val="0"/>
          <w:i/>
          <w:color w:val="5F6978"/>
          <w:sz w:val="18"/>
        </w:rPr>
        <w:t xml:space="preserve">  (</w:t>
      </w:r>
      <w:proofErr w:type="gramEnd"/>
      <w:r>
        <w:rPr>
          <w:b w:val="0"/>
          <w:i/>
          <w:color w:val="5F6978"/>
          <w:sz w:val="18"/>
        </w:rPr>
        <w:t>maximum 150 words)</w:t>
      </w:r>
    </w:p>
    <w:tbl>
      <w:tblPr>
        <w:tblW w:w="0" w:type="auto"/>
        <w:jc w:val="center"/>
        <w:tblLook w:val="04A0" w:firstRow="1" w:lastRow="0" w:firstColumn="1" w:lastColumn="0" w:noHBand="0" w:noVBand="1"/>
      </w:tblPr>
      <w:tblGrid>
        <w:gridCol w:w="10166"/>
      </w:tblGrid>
      <w:tr w:rsidR="00DE74A2" w14:paraId="7E235B9D" w14:textId="77777777">
        <w:trPr>
          <w:jc w:val="center"/>
        </w:trPr>
        <w:tc>
          <w:tcPr>
            <w:tcW w:w="10166" w:type="dxa"/>
            <w:tcBorders>
              <w:top w:val="single" w:sz="6" w:space="0" w:color="D5DFD8"/>
              <w:left w:val="single" w:sz="6" w:space="0" w:color="D5DFD8"/>
              <w:bottom w:val="single" w:sz="6" w:space="0" w:color="D5DFD8"/>
              <w:right w:val="single" w:sz="6" w:space="0" w:color="D5DFD8"/>
            </w:tcBorders>
            <w:tcMar>
              <w:top w:w="120" w:type="dxa"/>
              <w:left w:w="120" w:type="dxa"/>
              <w:bottom w:w="120" w:type="dxa"/>
              <w:right w:w="120" w:type="dxa"/>
            </w:tcMar>
          </w:tcPr>
          <w:p w14:paraId="66AC4DF1" w14:textId="77777777" w:rsidR="00DE74A2" w:rsidRDefault="00B229CD">
            <w:pPr>
              <w:spacing w:after="0"/>
            </w:pPr>
            <w:r>
              <w:rPr>
                <w:sz w:val="20"/>
              </w:rPr>
              <w:t xml:space="preserve"> </w:t>
            </w:r>
            <w:r>
              <w:rPr>
                <w:sz w:val="20"/>
              </w:rPr>
              <w:br/>
            </w:r>
            <w:r>
              <w:rPr>
                <w:sz w:val="20"/>
              </w:rPr>
              <w:br/>
            </w:r>
            <w:r>
              <w:rPr>
                <w:sz w:val="20"/>
              </w:rPr>
              <w:br/>
            </w:r>
            <w:r>
              <w:rPr>
                <w:sz w:val="20"/>
              </w:rPr>
              <w:br/>
            </w:r>
          </w:p>
        </w:tc>
      </w:tr>
    </w:tbl>
    <w:p w14:paraId="62EBF3C5" w14:textId="77777777" w:rsidR="00DE74A2" w:rsidRDefault="00DE74A2">
      <w:pPr>
        <w:spacing w:after="20"/>
      </w:pPr>
    </w:p>
    <w:tbl>
      <w:tblPr>
        <w:tblW w:w="0" w:type="auto"/>
        <w:jc w:val="center"/>
        <w:tblLayout w:type="fixed"/>
        <w:tblLook w:val="04A0" w:firstRow="1" w:lastRow="0" w:firstColumn="1" w:lastColumn="0" w:noHBand="0" w:noVBand="1"/>
      </w:tblPr>
      <w:tblGrid>
        <w:gridCol w:w="5083"/>
        <w:gridCol w:w="5083"/>
      </w:tblGrid>
      <w:tr w:rsidR="00DE74A2" w14:paraId="43D52195" w14:textId="77777777">
        <w:trPr>
          <w:jc w:val="center"/>
        </w:trPr>
        <w:tc>
          <w:tcPr>
            <w:tcW w:w="5083" w:type="dxa"/>
            <w:shd w:val="clear" w:color="auto" w:fill="1C6B3A"/>
            <w:tcMar>
              <w:top w:w="100" w:type="dxa"/>
              <w:left w:w="120" w:type="dxa"/>
              <w:bottom w:w="100" w:type="dxa"/>
              <w:right w:w="120" w:type="dxa"/>
            </w:tcMar>
          </w:tcPr>
          <w:p w14:paraId="44B0A208" w14:textId="77777777" w:rsidR="00DE74A2" w:rsidRDefault="00B229CD">
            <w:pPr>
              <w:jc w:val="center"/>
            </w:pPr>
            <w:r>
              <w:rPr>
                <w:b/>
                <w:color w:val="FFFFFF"/>
                <w:sz w:val="24"/>
              </w:rPr>
              <w:t>8</w:t>
            </w:r>
          </w:p>
        </w:tc>
        <w:tc>
          <w:tcPr>
            <w:tcW w:w="5083" w:type="dxa"/>
            <w:shd w:val="clear" w:color="auto" w:fill="0F3F2E"/>
            <w:tcMar>
              <w:top w:w="100" w:type="dxa"/>
              <w:left w:w="120" w:type="dxa"/>
              <w:bottom w:w="100" w:type="dxa"/>
              <w:right w:w="120" w:type="dxa"/>
            </w:tcMar>
          </w:tcPr>
          <w:p w14:paraId="18639877" w14:textId="77777777" w:rsidR="00DE74A2" w:rsidRDefault="00B229CD">
            <w:r>
              <w:rPr>
                <w:b/>
                <w:color w:val="FFFFFF"/>
                <w:sz w:val="24"/>
              </w:rPr>
              <w:t>INDICATIVE OUTPUTS AND OUTCOMES</w:t>
            </w:r>
          </w:p>
        </w:tc>
      </w:tr>
    </w:tbl>
    <w:p w14:paraId="57E8B883" w14:textId="77777777" w:rsidR="00DE74A2" w:rsidRDefault="00B229CD">
      <w:pPr>
        <w:spacing w:before="100" w:after="160"/>
      </w:pPr>
      <w:r>
        <w:rPr>
          <w:color w:val="5F6978"/>
          <w:sz w:val="19"/>
        </w:rPr>
        <w:lastRenderedPageBreak/>
        <w:t>Provide realistic early estimates. Complete only the measures relevant to the proposal.</w:t>
      </w:r>
    </w:p>
    <w:tbl>
      <w:tblPr>
        <w:tblW w:w="5000" w:type="pct"/>
        <w:jc w:val="center"/>
        <w:tblLook w:val="04A0" w:firstRow="1" w:lastRow="0" w:firstColumn="1" w:lastColumn="0" w:noHBand="0" w:noVBand="1"/>
      </w:tblPr>
      <w:tblGrid>
        <w:gridCol w:w="6223"/>
        <w:gridCol w:w="4183"/>
      </w:tblGrid>
      <w:tr w:rsidR="00DE74A2" w14:paraId="30D67719" w14:textId="77777777" w:rsidTr="00CD0EFE">
        <w:trPr>
          <w:tblHeader/>
          <w:jc w:val="center"/>
        </w:trPr>
        <w:tc>
          <w:tcPr>
            <w:tcW w:w="2990" w:type="pct"/>
            <w:shd w:val="clear" w:color="auto" w:fill="0F3F2E"/>
            <w:tcMar>
              <w:top w:w="100" w:type="dxa"/>
              <w:left w:w="120" w:type="dxa"/>
              <w:bottom w:w="100" w:type="dxa"/>
              <w:right w:w="120" w:type="dxa"/>
            </w:tcMar>
          </w:tcPr>
          <w:p w14:paraId="6EB47950" w14:textId="77777777" w:rsidR="00DE74A2" w:rsidRDefault="00B229CD">
            <w:pPr>
              <w:jc w:val="center"/>
            </w:pPr>
            <w:r>
              <w:rPr>
                <w:b/>
                <w:color w:val="FFFFFF"/>
                <w:sz w:val="20"/>
              </w:rPr>
              <w:t>Indicative output</w:t>
            </w:r>
          </w:p>
        </w:tc>
        <w:tc>
          <w:tcPr>
            <w:tcW w:w="2010" w:type="pct"/>
            <w:shd w:val="clear" w:color="auto" w:fill="0F3F2E"/>
            <w:tcMar>
              <w:top w:w="100" w:type="dxa"/>
              <w:left w:w="120" w:type="dxa"/>
              <w:bottom w:w="100" w:type="dxa"/>
              <w:right w:w="120" w:type="dxa"/>
            </w:tcMar>
          </w:tcPr>
          <w:p w14:paraId="1D267410" w14:textId="77777777" w:rsidR="00DE74A2" w:rsidRDefault="00B229CD">
            <w:pPr>
              <w:jc w:val="center"/>
            </w:pPr>
            <w:r>
              <w:rPr>
                <w:b/>
                <w:color w:val="FFFFFF"/>
                <w:sz w:val="20"/>
              </w:rPr>
              <w:t>Estimated target</w:t>
            </w:r>
          </w:p>
        </w:tc>
      </w:tr>
      <w:tr w:rsidR="00DE74A2" w14:paraId="3F4BB019" w14:textId="77777777" w:rsidTr="00CD0EFE">
        <w:trPr>
          <w:jc w:val="center"/>
        </w:trPr>
        <w:tc>
          <w:tcPr>
            <w:tcW w:w="2990" w:type="pct"/>
            <w:tcBorders>
              <w:bottom w:val="single" w:sz="5" w:space="0" w:color="D5DFD8"/>
            </w:tcBorders>
            <w:tcMar>
              <w:top w:w="100" w:type="dxa"/>
              <w:left w:w="120" w:type="dxa"/>
              <w:bottom w:w="100" w:type="dxa"/>
              <w:right w:w="120" w:type="dxa"/>
            </w:tcMar>
          </w:tcPr>
          <w:p w14:paraId="53D2110E" w14:textId="77777777" w:rsidR="00DE74A2" w:rsidRDefault="00B229CD">
            <w:r>
              <w:rPr>
                <w:sz w:val="19"/>
              </w:rPr>
              <w:t>Learners engaged or supported</w:t>
            </w:r>
          </w:p>
        </w:tc>
        <w:tc>
          <w:tcPr>
            <w:tcW w:w="2010" w:type="pct"/>
            <w:tcBorders>
              <w:bottom w:val="single" w:sz="5" w:space="0" w:color="D5DFD8"/>
            </w:tcBorders>
            <w:tcMar>
              <w:top w:w="100" w:type="dxa"/>
              <w:left w:w="120" w:type="dxa"/>
              <w:bottom w:w="100" w:type="dxa"/>
              <w:right w:w="120" w:type="dxa"/>
            </w:tcMar>
          </w:tcPr>
          <w:p w14:paraId="6D98A12B" w14:textId="77777777" w:rsidR="00DE74A2" w:rsidRDefault="00DE74A2">
            <w:pPr>
              <w:jc w:val="center"/>
            </w:pPr>
          </w:p>
        </w:tc>
      </w:tr>
      <w:tr w:rsidR="00DE74A2" w14:paraId="3D5A63E6" w14:textId="77777777" w:rsidTr="00CD0EFE">
        <w:trPr>
          <w:jc w:val="center"/>
        </w:trPr>
        <w:tc>
          <w:tcPr>
            <w:tcW w:w="2990" w:type="pct"/>
            <w:tcBorders>
              <w:bottom w:val="single" w:sz="5" w:space="0" w:color="D5DFD8"/>
            </w:tcBorders>
            <w:tcMar>
              <w:top w:w="100" w:type="dxa"/>
              <w:left w:w="120" w:type="dxa"/>
              <w:bottom w:w="100" w:type="dxa"/>
              <w:right w:w="120" w:type="dxa"/>
            </w:tcMar>
          </w:tcPr>
          <w:p w14:paraId="4FB486E8" w14:textId="77777777" w:rsidR="00DE74A2" w:rsidRDefault="00B229CD">
            <w:r>
              <w:rPr>
                <w:sz w:val="19"/>
              </w:rPr>
              <w:t>Learners completing training</w:t>
            </w:r>
          </w:p>
        </w:tc>
        <w:tc>
          <w:tcPr>
            <w:tcW w:w="2010" w:type="pct"/>
            <w:tcBorders>
              <w:bottom w:val="single" w:sz="5" w:space="0" w:color="D5DFD8"/>
            </w:tcBorders>
            <w:tcMar>
              <w:top w:w="100" w:type="dxa"/>
              <w:left w:w="120" w:type="dxa"/>
              <w:bottom w:w="100" w:type="dxa"/>
              <w:right w:w="120" w:type="dxa"/>
            </w:tcMar>
          </w:tcPr>
          <w:p w14:paraId="2946DB82" w14:textId="77777777" w:rsidR="00DE74A2" w:rsidRDefault="00DE74A2">
            <w:pPr>
              <w:jc w:val="center"/>
            </w:pPr>
          </w:p>
        </w:tc>
      </w:tr>
      <w:tr w:rsidR="00DE74A2" w14:paraId="4DBC78CF" w14:textId="77777777" w:rsidTr="00CD0EFE">
        <w:trPr>
          <w:jc w:val="center"/>
        </w:trPr>
        <w:tc>
          <w:tcPr>
            <w:tcW w:w="2990" w:type="pct"/>
            <w:tcBorders>
              <w:bottom w:val="single" w:sz="5" w:space="0" w:color="D5DFD8"/>
            </w:tcBorders>
            <w:tcMar>
              <w:top w:w="100" w:type="dxa"/>
              <w:left w:w="120" w:type="dxa"/>
              <w:bottom w:w="100" w:type="dxa"/>
              <w:right w:w="120" w:type="dxa"/>
            </w:tcMar>
          </w:tcPr>
          <w:p w14:paraId="66F7A40A" w14:textId="77777777" w:rsidR="00DE74A2" w:rsidRDefault="00B229CD">
            <w:r>
              <w:rPr>
                <w:sz w:val="19"/>
              </w:rPr>
              <w:t>Qualifications / certifications achieved</w:t>
            </w:r>
          </w:p>
        </w:tc>
        <w:tc>
          <w:tcPr>
            <w:tcW w:w="2010" w:type="pct"/>
            <w:tcBorders>
              <w:bottom w:val="single" w:sz="5" w:space="0" w:color="D5DFD8"/>
            </w:tcBorders>
            <w:tcMar>
              <w:top w:w="100" w:type="dxa"/>
              <w:left w:w="120" w:type="dxa"/>
              <w:bottom w:w="100" w:type="dxa"/>
              <w:right w:w="120" w:type="dxa"/>
            </w:tcMar>
          </w:tcPr>
          <w:p w14:paraId="5997CC1D" w14:textId="77777777" w:rsidR="00DE74A2" w:rsidRDefault="00DE74A2">
            <w:pPr>
              <w:jc w:val="center"/>
            </w:pPr>
          </w:p>
        </w:tc>
      </w:tr>
      <w:tr w:rsidR="00DE74A2" w14:paraId="6E01548F" w14:textId="77777777" w:rsidTr="00CD0EFE">
        <w:trPr>
          <w:jc w:val="center"/>
        </w:trPr>
        <w:tc>
          <w:tcPr>
            <w:tcW w:w="2990" w:type="pct"/>
            <w:tcBorders>
              <w:bottom w:val="single" w:sz="5" w:space="0" w:color="D5DFD8"/>
            </w:tcBorders>
            <w:tcMar>
              <w:top w:w="100" w:type="dxa"/>
              <w:left w:w="120" w:type="dxa"/>
              <w:bottom w:w="100" w:type="dxa"/>
              <w:right w:w="120" w:type="dxa"/>
            </w:tcMar>
          </w:tcPr>
          <w:p w14:paraId="0CD62B20" w14:textId="77777777" w:rsidR="00DE74A2" w:rsidRDefault="00B229CD">
            <w:r>
              <w:rPr>
                <w:sz w:val="19"/>
              </w:rPr>
              <w:t>Individuals progressing into employment, education or apprenticeships</w:t>
            </w:r>
          </w:p>
        </w:tc>
        <w:tc>
          <w:tcPr>
            <w:tcW w:w="2010" w:type="pct"/>
            <w:tcBorders>
              <w:bottom w:val="single" w:sz="5" w:space="0" w:color="D5DFD8"/>
            </w:tcBorders>
            <w:tcMar>
              <w:top w:w="100" w:type="dxa"/>
              <w:left w:w="120" w:type="dxa"/>
              <w:bottom w:w="100" w:type="dxa"/>
              <w:right w:w="120" w:type="dxa"/>
            </w:tcMar>
          </w:tcPr>
          <w:p w14:paraId="110FFD37" w14:textId="77777777" w:rsidR="00DE74A2" w:rsidRDefault="00DE74A2">
            <w:pPr>
              <w:jc w:val="center"/>
            </w:pPr>
          </w:p>
        </w:tc>
      </w:tr>
      <w:tr w:rsidR="00DE74A2" w14:paraId="576CDFEC" w14:textId="77777777" w:rsidTr="00CD0EFE">
        <w:trPr>
          <w:jc w:val="center"/>
        </w:trPr>
        <w:tc>
          <w:tcPr>
            <w:tcW w:w="2990" w:type="pct"/>
            <w:tcBorders>
              <w:bottom w:val="single" w:sz="5" w:space="0" w:color="D5DFD8"/>
            </w:tcBorders>
            <w:tcMar>
              <w:top w:w="100" w:type="dxa"/>
              <w:left w:w="120" w:type="dxa"/>
              <w:bottom w:w="100" w:type="dxa"/>
              <w:right w:w="120" w:type="dxa"/>
            </w:tcMar>
          </w:tcPr>
          <w:p w14:paraId="694A49F0" w14:textId="77777777" w:rsidR="00DE74A2" w:rsidRDefault="00B229CD">
            <w:r>
              <w:rPr>
                <w:sz w:val="19"/>
              </w:rPr>
              <w:t>Employers engaged</w:t>
            </w:r>
          </w:p>
        </w:tc>
        <w:tc>
          <w:tcPr>
            <w:tcW w:w="2010" w:type="pct"/>
            <w:tcBorders>
              <w:bottom w:val="single" w:sz="5" w:space="0" w:color="D5DFD8"/>
            </w:tcBorders>
            <w:tcMar>
              <w:top w:w="100" w:type="dxa"/>
              <w:left w:w="120" w:type="dxa"/>
              <w:bottom w:w="100" w:type="dxa"/>
              <w:right w:w="120" w:type="dxa"/>
            </w:tcMar>
          </w:tcPr>
          <w:p w14:paraId="6B699379" w14:textId="77777777" w:rsidR="00DE74A2" w:rsidRDefault="00DE74A2">
            <w:pPr>
              <w:jc w:val="center"/>
            </w:pPr>
          </w:p>
        </w:tc>
      </w:tr>
      <w:tr w:rsidR="00DE74A2" w14:paraId="79C690B0" w14:textId="77777777" w:rsidTr="00CD0EFE">
        <w:trPr>
          <w:jc w:val="center"/>
        </w:trPr>
        <w:tc>
          <w:tcPr>
            <w:tcW w:w="2990" w:type="pct"/>
            <w:tcBorders>
              <w:bottom w:val="single" w:sz="5" w:space="0" w:color="D5DFD8"/>
            </w:tcBorders>
            <w:tcMar>
              <w:top w:w="100" w:type="dxa"/>
              <w:left w:w="120" w:type="dxa"/>
              <w:bottom w:w="100" w:type="dxa"/>
              <w:right w:w="120" w:type="dxa"/>
            </w:tcMar>
          </w:tcPr>
          <w:p w14:paraId="62CE895A" w14:textId="77777777" w:rsidR="00DE74A2" w:rsidRDefault="00B229CD">
            <w:r>
              <w:rPr>
                <w:sz w:val="19"/>
              </w:rPr>
              <w:t>Businesses supported</w:t>
            </w:r>
          </w:p>
        </w:tc>
        <w:tc>
          <w:tcPr>
            <w:tcW w:w="2010" w:type="pct"/>
            <w:tcBorders>
              <w:bottom w:val="single" w:sz="5" w:space="0" w:color="D5DFD8"/>
            </w:tcBorders>
            <w:tcMar>
              <w:top w:w="100" w:type="dxa"/>
              <w:left w:w="120" w:type="dxa"/>
              <w:bottom w:w="100" w:type="dxa"/>
              <w:right w:w="120" w:type="dxa"/>
            </w:tcMar>
          </w:tcPr>
          <w:p w14:paraId="3FE9F23F" w14:textId="77777777" w:rsidR="00DE74A2" w:rsidRDefault="00DE74A2">
            <w:pPr>
              <w:jc w:val="center"/>
            </w:pPr>
          </w:p>
        </w:tc>
      </w:tr>
      <w:tr w:rsidR="00DE74A2" w14:paraId="05B1EEC3" w14:textId="77777777" w:rsidTr="00CD0EFE">
        <w:trPr>
          <w:jc w:val="center"/>
        </w:trPr>
        <w:tc>
          <w:tcPr>
            <w:tcW w:w="2990" w:type="pct"/>
            <w:tcBorders>
              <w:bottom w:val="single" w:sz="5" w:space="0" w:color="D5DFD8"/>
            </w:tcBorders>
            <w:tcMar>
              <w:top w:w="100" w:type="dxa"/>
              <w:left w:w="120" w:type="dxa"/>
              <w:bottom w:w="100" w:type="dxa"/>
              <w:right w:w="120" w:type="dxa"/>
            </w:tcMar>
          </w:tcPr>
          <w:p w14:paraId="7F063AAC" w14:textId="77777777" w:rsidR="00DE74A2" w:rsidRDefault="00B229CD">
            <w:r>
              <w:rPr>
                <w:sz w:val="19"/>
              </w:rPr>
              <w:t>New or enhanced training provision</w:t>
            </w:r>
          </w:p>
        </w:tc>
        <w:tc>
          <w:tcPr>
            <w:tcW w:w="2010" w:type="pct"/>
            <w:tcBorders>
              <w:bottom w:val="single" w:sz="5" w:space="0" w:color="D5DFD8"/>
            </w:tcBorders>
            <w:tcMar>
              <w:top w:w="100" w:type="dxa"/>
              <w:left w:w="120" w:type="dxa"/>
              <w:bottom w:w="100" w:type="dxa"/>
              <w:right w:w="120" w:type="dxa"/>
            </w:tcMar>
          </w:tcPr>
          <w:p w14:paraId="1F72F646" w14:textId="77777777" w:rsidR="00DE74A2" w:rsidRDefault="00DE74A2">
            <w:pPr>
              <w:jc w:val="center"/>
            </w:pPr>
          </w:p>
        </w:tc>
      </w:tr>
      <w:tr w:rsidR="00DE74A2" w14:paraId="52833D63" w14:textId="77777777" w:rsidTr="00CD0EFE">
        <w:trPr>
          <w:jc w:val="center"/>
        </w:trPr>
        <w:tc>
          <w:tcPr>
            <w:tcW w:w="2990" w:type="pct"/>
            <w:tcBorders>
              <w:bottom w:val="single" w:sz="5" w:space="0" w:color="D5DFD8"/>
            </w:tcBorders>
            <w:tcMar>
              <w:top w:w="100" w:type="dxa"/>
              <w:left w:w="120" w:type="dxa"/>
              <w:bottom w:w="100" w:type="dxa"/>
              <w:right w:w="120" w:type="dxa"/>
            </w:tcMar>
          </w:tcPr>
          <w:p w14:paraId="6960ECEF" w14:textId="77777777" w:rsidR="00DE74A2" w:rsidRDefault="00B229CD">
            <w:r>
              <w:rPr>
                <w:sz w:val="19"/>
              </w:rPr>
              <w:t>Other output or outcome - please specify</w:t>
            </w:r>
          </w:p>
        </w:tc>
        <w:tc>
          <w:tcPr>
            <w:tcW w:w="2010" w:type="pct"/>
            <w:tcBorders>
              <w:bottom w:val="single" w:sz="5" w:space="0" w:color="D5DFD8"/>
            </w:tcBorders>
            <w:tcMar>
              <w:top w:w="100" w:type="dxa"/>
              <w:left w:w="120" w:type="dxa"/>
              <w:bottom w:w="100" w:type="dxa"/>
              <w:right w:w="120" w:type="dxa"/>
            </w:tcMar>
          </w:tcPr>
          <w:p w14:paraId="08CE6F91" w14:textId="77777777" w:rsidR="00DE74A2" w:rsidRDefault="00DE74A2">
            <w:pPr>
              <w:jc w:val="center"/>
            </w:pPr>
          </w:p>
        </w:tc>
      </w:tr>
    </w:tbl>
    <w:p w14:paraId="33D026DF" w14:textId="77777777" w:rsidR="00DE74A2" w:rsidRDefault="00B229CD">
      <w:pPr>
        <w:pStyle w:val="Question"/>
      </w:pPr>
      <w:r>
        <w:t>What specific skills, workforce or talent gap will this project help address?</w:t>
      </w:r>
      <w:r>
        <w:rPr>
          <w:b w:val="0"/>
          <w:i/>
          <w:color w:val="5F6978"/>
          <w:sz w:val="18"/>
        </w:rPr>
        <w:t xml:space="preserve">  (maximum 150 words)</w:t>
      </w:r>
    </w:p>
    <w:tbl>
      <w:tblPr>
        <w:tblW w:w="0" w:type="auto"/>
        <w:jc w:val="center"/>
        <w:tblLook w:val="04A0" w:firstRow="1" w:lastRow="0" w:firstColumn="1" w:lastColumn="0" w:noHBand="0" w:noVBand="1"/>
      </w:tblPr>
      <w:tblGrid>
        <w:gridCol w:w="10166"/>
      </w:tblGrid>
      <w:tr w:rsidR="00DE74A2" w14:paraId="131F8F3A" w14:textId="77777777">
        <w:trPr>
          <w:jc w:val="center"/>
        </w:trPr>
        <w:tc>
          <w:tcPr>
            <w:tcW w:w="10166" w:type="dxa"/>
            <w:tcBorders>
              <w:top w:val="single" w:sz="6" w:space="0" w:color="D5DFD8"/>
              <w:left w:val="single" w:sz="6" w:space="0" w:color="D5DFD8"/>
              <w:bottom w:val="single" w:sz="6" w:space="0" w:color="D5DFD8"/>
              <w:right w:val="single" w:sz="6" w:space="0" w:color="D5DFD8"/>
            </w:tcBorders>
            <w:tcMar>
              <w:top w:w="120" w:type="dxa"/>
              <w:left w:w="120" w:type="dxa"/>
              <w:bottom w:w="120" w:type="dxa"/>
              <w:right w:w="120" w:type="dxa"/>
            </w:tcMar>
          </w:tcPr>
          <w:p w14:paraId="455E230F" w14:textId="77777777" w:rsidR="00DE74A2" w:rsidRDefault="00B229CD">
            <w:pPr>
              <w:spacing w:after="0"/>
            </w:pPr>
            <w:r>
              <w:rPr>
                <w:sz w:val="20"/>
              </w:rPr>
              <w:t xml:space="preserve"> </w:t>
            </w:r>
            <w:r>
              <w:rPr>
                <w:sz w:val="20"/>
              </w:rPr>
              <w:br/>
            </w:r>
            <w:r>
              <w:rPr>
                <w:sz w:val="20"/>
              </w:rPr>
              <w:br/>
            </w:r>
            <w:r>
              <w:rPr>
                <w:sz w:val="20"/>
              </w:rPr>
              <w:br/>
            </w:r>
            <w:r>
              <w:rPr>
                <w:sz w:val="20"/>
              </w:rPr>
              <w:br/>
            </w:r>
          </w:p>
        </w:tc>
      </w:tr>
    </w:tbl>
    <w:p w14:paraId="61CDCEAD" w14:textId="77777777" w:rsidR="00DE74A2" w:rsidRDefault="00DE74A2">
      <w:pPr>
        <w:spacing w:after="20"/>
      </w:pPr>
    </w:p>
    <w:p w14:paraId="4F52C024" w14:textId="77777777" w:rsidR="00DE74A2" w:rsidRDefault="00B229CD">
      <w:pPr>
        <w:spacing w:after="120"/>
      </w:pPr>
      <w:r>
        <w:rPr>
          <w:i/>
          <w:color w:val="5F6978"/>
          <w:sz w:val="18"/>
        </w:rPr>
        <w:t>Explain the issue the project is seeking to address and how the proposed outputs and outcomes will contribute towards reducing that gap.</w:t>
      </w:r>
    </w:p>
    <w:p w14:paraId="17EF3D2E" w14:textId="77777777" w:rsidR="00DE74A2" w:rsidRDefault="00B229CD">
      <w:pPr>
        <w:pStyle w:val="Question"/>
      </w:pPr>
      <w:r>
        <w:t>How will success be measured?</w:t>
      </w:r>
      <w:r>
        <w:rPr>
          <w:b w:val="0"/>
          <w:i/>
          <w:color w:val="5F6978"/>
          <w:sz w:val="18"/>
        </w:rPr>
        <w:t xml:space="preserve">  (maximum 100 words)</w:t>
      </w:r>
    </w:p>
    <w:tbl>
      <w:tblPr>
        <w:tblW w:w="0" w:type="auto"/>
        <w:jc w:val="center"/>
        <w:tblLook w:val="04A0" w:firstRow="1" w:lastRow="0" w:firstColumn="1" w:lastColumn="0" w:noHBand="0" w:noVBand="1"/>
      </w:tblPr>
      <w:tblGrid>
        <w:gridCol w:w="10166"/>
      </w:tblGrid>
      <w:tr w:rsidR="00DE74A2" w14:paraId="0A8DB014" w14:textId="77777777">
        <w:trPr>
          <w:jc w:val="center"/>
        </w:trPr>
        <w:tc>
          <w:tcPr>
            <w:tcW w:w="10166" w:type="dxa"/>
            <w:tcBorders>
              <w:top w:val="single" w:sz="6" w:space="0" w:color="D5DFD8"/>
              <w:left w:val="single" w:sz="6" w:space="0" w:color="D5DFD8"/>
              <w:bottom w:val="single" w:sz="6" w:space="0" w:color="D5DFD8"/>
              <w:right w:val="single" w:sz="6" w:space="0" w:color="D5DFD8"/>
            </w:tcBorders>
            <w:tcMar>
              <w:top w:w="120" w:type="dxa"/>
              <w:left w:w="120" w:type="dxa"/>
              <w:bottom w:w="120" w:type="dxa"/>
              <w:right w:w="120" w:type="dxa"/>
            </w:tcMar>
          </w:tcPr>
          <w:p w14:paraId="03D8BA8D" w14:textId="77777777" w:rsidR="00DE74A2" w:rsidRDefault="00B229CD">
            <w:pPr>
              <w:spacing w:after="0"/>
            </w:pPr>
            <w:r>
              <w:rPr>
                <w:sz w:val="20"/>
              </w:rPr>
              <w:t xml:space="preserve"> </w:t>
            </w:r>
            <w:r>
              <w:rPr>
                <w:sz w:val="20"/>
              </w:rPr>
              <w:br/>
            </w:r>
            <w:r>
              <w:rPr>
                <w:sz w:val="20"/>
              </w:rPr>
              <w:br/>
            </w:r>
            <w:r>
              <w:rPr>
                <w:sz w:val="20"/>
              </w:rPr>
              <w:br/>
            </w:r>
          </w:p>
        </w:tc>
      </w:tr>
    </w:tbl>
    <w:p w14:paraId="6BB9E253" w14:textId="77777777" w:rsidR="00DE74A2" w:rsidRDefault="00DE74A2">
      <w:pPr>
        <w:spacing w:after="20"/>
      </w:pPr>
    </w:p>
    <w:tbl>
      <w:tblPr>
        <w:tblW w:w="0" w:type="auto"/>
        <w:jc w:val="center"/>
        <w:tblLayout w:type="fixed"/>
        <w:tblLook w:val="04A0" w:firstRow="1" w:lastRow="0" w:firstColumn="1" w:lastColumn="0" w:noHBand="0" w:noVBand="1"/>
      </w:tblPr>
      <w:tblGrid>
        <w:gridCol w:w="5083"/>
        <w:gridCol w:w="5083"/>
      </w:tblGrid>
      <w:tr w:rsidR="00DE74A2" w14:paraId="0958AFD0" w14:textId="77777777">
        <w:trPr>
          <w:jc w:val="center"/>
        </w:trPr>
        <w:tc>
          <w:tcPr>
            <w:tcW w:w="5083" w:type="dxa"/>
            <w:shd w:val="clear" w:color="auto" w:fill="1C6B3A"/>
            <w:tcMar>
              <w:top w:w="100" w:type="dxa"/>
              <w:left w:w="120" w:type="dxa"/>
              <w:bottom w:w="100" w:type="dxa"/>
              <w:right w:w="120" w:type="dxa"/>
            </w:tcMar>
          </w:tcPr>
          <w:p w14:paraId="2B2B7304" w14:textId="77777777" w:rsidR="00DE74A2" w:rsidRDefault="00B229CD">
            <w:pPr>
              <w:jc w:val="center"/>
            </w:pPr>
            <w:r>
              <w:rPr>
                <w:b/>
                <w:color w:val="FFFFFF"/>
                <w:sz w:val="24"/>
              </w:rPr>
              <w:t>9</w:t>
            </w:r>
          </w:p>
        </w:tc>
        <w:tc>
          <w:tcPr>
            <w:tcW w:w="5083" w:type="dxa"/>
            <w:shd w:val="clear" w:color="auto" w:fill="0F3F2E"/>
            <w:tcMar>
              <w:top w:w="100" w:type="dxa"/>
              <w:left w:w="120" w:type="dxa"/>
              <w:bottom w:w="100" w:type="dxa"/>
              <w:right w:w="120" w:type="dxa"/>
            </w:tcMar>
          </w:tcPr>
          <w:p w14:paraId="1C3B58A6" w14:textId="77777777" w:rsidR="00DE74A2" w:rsidRDefault="00B229CD">
            <w:r>
              <w:rPr>
                <w:b/>
                <w:color w:val="FFFFFF"/>
                <w:sz w:val="24"/>
              </w:rPr>
              <w:t>REMOVING BARRIERS TO PARTICIPATION</w:t>
            </w:r>
          </w:p>
        </w:tc>
      </w:tr>
    </w:tbl>
    <w:p w14:paraId="5CD28650" w14:textId="77777777" w:rsidR="00DE74A2" w:rsidRDefault="00B229CD">
      <w:pPr>
        <w:spacing w:before="100" w:after="160"/>
      </w:pPr>
      <w:r>
        <w:rPr>
          <w:color w:val="5F6978"/>
          <w:sz w:val="19"/>
        </w:rPr>
        <w:t>Complete this section if the proposal includes practical support to help participants access or complete the funded skills activity.</w:t>
      </w:r>
    </w:p>
    <w:p w14:paraId="6777CB7F" w14:textId="77777777" w:rsidR="00DE74A2" w:rsidRDefault="00B229CD">
      <w:pPr>
        <w:pStyle w:val="Question"/>
      </w:pPr>
      <w:r>
        <w:t>Will the project include activity designed to remove barriers to participation?</w:t>
      </w:r>
    </w:p>
    <w:tbl>
      <w:tblPr>
        <w:tblW w:w="0" w:type="auto"/>
        <w:jc w:val="center"/>
        <w:tblLayout w:type="fixed"/>
        <w:tblLook w:val="04A0" w:firstRow="1" w:lastRow="0" w:firstColumn="1" w:lastColumn="0" w:noHBand="0" w:noVBand="1"/>
      </w:tblPr>
      <w:tblGrid>
        <w:gridCol w:w="3389"/>
        <w:gridCol w:w="3389"/>
        <w:gridCol w:w="3389"/>
      </w:tblGrid>
      <w:tr w:rsidR="00DE74A2" w14:paraId="3ECA4349" w14:textId="77777777">
        <w:trPr>
          <w:jc w:val="center"/>
        </w:trPr>
        <w:tc>
          <w:tcPr>
            <w:tcW w:w="3389" w:type="dxa"/>
            <w:tcBorders>
              <w:bottom w:val="nil"/>
            </w:tcBorders>
            <w:tcMar>
              <w:top w:w="45" w:type="dxa"/>
              <w:left w:w="80" w:type="dxa"/>
              <w:bottom w:w="45" w:type="dxa"/>
              <w:right w:w="80" w:type="dxa"/>
            </w:tcMar>
          </w:tcPr>
          <w:p w14:paraId="1402671B" w14:textId="77777777" w:rsidR="00DE74A2" w:rsidRDefault="00B229CD">
            <w:proofErr w:type="gramStart"/>
            <w:r>
              <w:rPr>
                <w:sz w:val="20"/>
              </w:rPr>
              <w:t>☐  Yes</w:t>
            </w:r>
            <w:proofErr w:type="gramEnd"/>
          </w:p>
        </w:tc>
        <w:tc>
          <w:tcPr>
            <w:tcW w:w="3389" w:type="dxa"/>
            <w:tcBorders>
              <w:bottom w:val="nil"/>
            </w:tcBorders>
            <w:tcMar>
              <w:top w:w="45" w:type="dxa"/>
              <w:left w:w="80" w:type="dxa"/>
              <w:bottom w:w="45" w:type="dxa"/>
              <w:right w:w="80" w:type="dxa"/>
            </w:tcMar>
          </w:tcPr>
          <w:p w14:paraId="3EAF2239" w14:textId="77777777" w:rsidR="00DE74A2" w:rsidRDefault="00B229CD">
            <w:proofErr w:type="gramStart"/>
            <w:r>
              <w:rPr>
                <w:sz w:val="20"/>
              </w:rPr>
              <w:t>☐  No</w:t>
            </w:r>
            <w:proofErr w:type="gramEnd"/>
          </w:p>
        </w:tc>
        <w:tc>
          <w:tcPr>
            <w:tcW w:w="3389" w:type="dxa"/>
            <w:tcBorders>
              <w:bottom w:val="nil"/>
            </w:tcBorders>
            <w:tcMar>
              <w:top w:w="45" w:type="dxa"/>
              <w:left w:w="80" w:type="dxa"/>
              <w:bottom w:w="45" w:type="dxa"/>
              <w:right w:w="80" w:type="dxa"/>
            </w:tcMar>
          </w:tcPr>
          <w:p w14:paraId="7629E12C" w14:textId="77777777" w:rsidR="00DE74A2" w:rsidRDefault="00B229CD">
            <w:proofErr w:type="gramStart"/>
            <w:r>
              <w:rPr>
                <w:sz w:val="20"/>
              </w:rPr>
              <w:t>☐  Not</w:t>
            </w:r>
            <w:proofErr w:type="gramEnd"/>
            <w:r>
              <w:rPr>
                <w:sz w:val="20"/>
              </w:rPr>
              <w:t xml:space="preserve"> yet confirmed</w:t>
            </w:r>
          </w:p>
        </w:tc>
      </w:tr>
    </w:tbl>
    <w:p w14:paraId="23DE523C" w14:textId="77777777" w:rsidR="00DE74A2" w:rsidRDefault="00DE74A2">
      <w:pPr>
        <w:spacing w:after="20"/>
      </w:pPr>
    </w:p>
    <w:p w14:paraId="78703124" w14:textId="77777777" w:rsidR="00DE74A2" w:rsidRDefault="00B229CD">
      <w:pPr>
        <w:pStyle w:val="Question"/>
      </w:pPr>
      <w:r>
        <w:lastRenderedPageBreak/>
        <w:t>If yes, which types of support may be included? Select all that apply.</w:t>
      </w:r>
    </w:p>
    <w:tbl>
      <w:tblPr>
        <w:tblW w:w="0" w:type="auto"/>
        <w:jc w:val="center"/>
        <w:tblLayout w:type="fixed"/>
        <w:tblLook w:val="04A0" w:firstRow="1" w:lastRow="0" w:firstColumn="1" w:lastColumn="0" w:noHBand="0" w:noVBand="1"/>
      </w:tblPr>
      <w:tblGrid>
        <w:gridCol w:w="5083"/>
        <w:gridCol w:w="5083"/>
      </w:tblGrid>
      <w:tr w:rsidR="00DE74A2" w14:paraId="55E6F66B" w14:textId="77777777">
        <w:trPr>
          <w:jc w:val="center"/>
        </w:trPr>
        <w:tc>
          <w:tcPr>
            <w:tcW w:w="5083" w:type="dxa"/>
            <w:tcBorders>
              <w:bottom w:val="nil"/>
            </w:tcBorders>
            <w:tcMar>
              <w:top w:w="45" w:type="dxa"/>
              <w:left w:w="80" w:type="dxa"/>
              <w:bottom w:w="45" w:type="dxa"/>
              <w:right w:w="80" w:type="dxa"/>
            </w:tcMar>
          </w:tcPr>
          <w:p w14:paraId="1E318C37" w14:textId="77777777" w:rsidR="00DE74A2" w:rsidRDefault="00B229CD">
            <w:proofErr w:type="gramStart"/>
            <w:r>
              <w:rPr>
                <w:sz w:val="20"/>
              </w:rPr>
              <w:t>☐  Travel</w:t>
            </w:r>
            <w:proofErr w:type="gramEnd"/>
            <w:r>
              <w:rPr>
                <w:sz w:val="20"/>
              </w:rPr>
              <w:t xml:space="preserve"> and transport</w:t>
            </w:r>
          </w:p>
        </w:tc>
        <w:tc>
          <w:tcPr>
            <w:tcW w:w="5083" w:type="dxa"/>
            <w:tcBorders>
              <w:bottom w:val="nil"/>
            </w:tcBorders>
            <w:tcMar>
              <w:top w:w="45" w:type="dxa"/>
              <w:left w:w="80" w:type="dxa"/>
              <w:bottom w:w="45" w:type="dxa"/>
              <w:right w:w="80" w:type="dxa"/>
            </w:tcMar>
          </w:tcPr>
          <w:p w14:paraId="7974B6AD" w14:textId="77777777" w:rsidR="00DE74A2" w:rsidRDefault="00B229CD">
            <w:proofErr w:type="gramStart"/>
            <w:r>
              <w:rPr>
                <w:sz w:val="20"/>
              </w:rPr>
              <w:t>☐  Childcare</w:t>
            </w:r>
            <w:proofErr w:type="gramEnd"/>
            <w:r>
              <w:rPr>
                <w:sz w:val="20"/>
              </w:rPr>
              <w:t xml:space="preserve"> or caring support</w:t>
            </w:r>
          </w:p>
        </w:tc>
      </w:tr>
      <w:tr w:rsidR="00DE74A2" w14:paraId="55016CD8" w14:textId="77777777">
        <w:trPr>
          <w:jc w:val="center"/>
        </w:trPr>
        <w:tc>
          <w:tcPr>
            <w:tcW w:w="5083" w:type="dxa"/>
            <w:tcBorders>
              <w:bottom w:val="nil"/>
            </w:tcBorders>
            <w:tcMar>
              <w:top w:w="45" w:type="dxa"/>
              <w:left w:w="80" w:type="dxa"/>
              <w:bottom w:w="45" w:type="dxa"/>
              <w:right w:w="80" w:type="dxa"/>
            </w:tcMar>
          </w:tcPr>
          <w:p w14:paraId="4CFB22D7" w14:textId="77777777" w:rsidR="00DE74A2" w:rsidRDefault="00B229CD">
            <w:proofErr w:type="gramStart"/>
            <w:r>
              <w:rPr>
                <w:sz w:val="20"/>
              </w:rPr>
              <w:t>☐  Accessible</w:t>
            </w:r>
            <w:proofErr w:type="gramEnd"/>
            <w:r>
              <w:rPr>
                <w:sz w:val="20"/>
              </w:rPr>
              <w:t xml:space="preserve"> or flexible delivery</w:t>
            </w:r>
          </w:p>
        </w:tc>
        <w:tc>
          <w:tcPr>
            <w:tcW w:w="5083" w:type="dxa"/>
            <w:tcBorders>
              <w:bottom w:val="nil"/>
            </w:tcBorders>
            <w:tcMar>
              <w:top w:w="45" w:type="dxa"/>
              <w:left w:w="80" w:type="dxa"/>
              <w:bottom w:w="45" w:type="dxa"/>
              <w:right w:w="80" w:type="dxa"/>
            </w:tcMar>
          </w:tcPr>
          <w:p w14:paraId="4AC49467" w14:textId="77777777" w:rsidR="00DE74A2" w:rsidRDefault="00B229CD">
            <w:proofErr w:type="gramStart"/>
            <w:r>
              <w:rPr>
                <w:sz w:val="20"/>
              </w:rPr>
              <w:t>☐  Other</w:t>
            </w:r>
            <w:proofErr w:type="gramEnd"/>
            <w:r>
              <w:rPr>
                <w:sz w:val="20"/>
              </w:rPr>
              <w:t xml:space="preserve"> practical participation support</w:t>
            </w:r>
          </w:p>
        </w:tc>
      </w:tr>
    </w:tbl>
    <w:p w14:paraId="52E56223" w14:textId="77777777" w:rsidR="00DE74A2" w:rsidRDefault="00DE74A2">
      <w:pPr>
        <w:spacing w:after="20"/>
      </w:pPr>
    </w:p>
    <w:p w14:paraId="7C8DCD28" w14:textId="77777777" w:rsidR="00DE74A2" w:rsidRDefault="00B229CD">
      <w:pPr>
        <w:pStyle w:val="Question"/>
      </w:pPr>
      <w:r>
        <w:t>Describe the barrier(s), the proposed support and how the costs link directly to participation in the skills activity</w:t>
      </w:r>
    </w:p>
    <w:tbl>
      <w:tblPr>
        <w:tblW w:w="0" w:type="auto"/>
        <w:jc w:val="center"/>
        <w:tblLook w:val="04A0" w:firstRow="1" w:lastRow="0" w:firstColumn="1" w:lastColumn="0" w:noHBand="0" w:noVBand="1"/>
      </w:tblPr>
      <w:tblGrid>
        <w:gridCol w:w="10166"/>
      </w:tblGrid>
      <w:tr w:rsidR="00DE74A2" w14:paraId="69A0658A" w14:textId="77777777">
        <w:trPr>
          <w:jc w:val="center"/>
        </w:trPr>
        <w:tc>
          <w:tcPr>
            <w:tcW w:w="10166" w:type="dxa"/>
            <w:tcBorders>
              <w:top w:val="single" w:sz="6" w:space="0" w:color="D5DFD8"/>
              <w:left w:val="single" w:sz="6" w:space="0" w:color="D5DFD8"/>
              <w:bottom w:val="single" w:sz="6" w:space="0" w:color="D5DFD8"/>
              <w:right w:val="single" w:sz="6" w:space="0" w:color="D5DFD8"/>
            </w:tcBorders>
            <w:tcMar>
              <w:top w:w="120" w:type="dxa"/>
              <w:left w:w="120" w:type="dxa"/>
              <w:bottom w:w="120" w:type="dxa"/>
              <w:right w:w="120" w:type="dxa"/>
            </w:tcMar>
          </w:tcPr>
          <w:p w14:paraId="2EA285AA" w14:textId="77777777" w:rsidR="00DE74A2" w:rsidRDefault="00B229CD">
            <w:pPr>
              <w:spacing w:after="0"/>
            </w:pPr>
            <w:r>
              <w:rPr>
                <w:sz w:val="20"/>
              </w:rPr>
              <w:t xml:space="preserve"> </w:t>
            </w:r>
            <w:r>
              <w:rPr>
                <w:sz w:val="20"/>
              </w:rPr>
              <w:br/>
            </w:r>
            <w:r>
              <w:rPr>
                <w:sz w:val="20"/>
              </w:rPr>
              <w:br/>
            </w:r>
            <w:r>
              <w:rPr>
                <w:sz w:val="20"/>
              </w:rPr>
              <w:br/>
            </w:r>
            <w:r>
              <w:rPr>
                <w:sz w:val="20"/>
              </w:rPr>
              <w:br/>
            </w:r>
            <w:r>
              <w:rPr>
                <w:sz w:val="20"/>
              </w:rPr>
              <w:br/>
            </w:r>
            <w:r>
              <w:rPr>
                <w:sz w:val="20"/>
              </w:rPr>
              <w:br/>
            </w:r>
            <w:r>
              <w:rPr>
                <w:sz w:val="20"/>
              </w:rPr>
              <w:br/>
            </w:r>
          </w:p>
        </w:tc>
      </w:tr>
    </w:tbl>
    <w:p w14:paraId="07547A01" w14:textId="77777777" w:rsidR="00DE74A2" w:rsidRDefault="00DE74A2">
      <w:pPr>
        <w:spacing w:after="20"/>
      </w:pPr>
    </w:p>
    <w:tbl>
      <w:tblPr>
        <w:tblW w:w="0" w:type="auto"/>
        <w:jc w:val="center"/>
        <w:tblLayout w:type="fixed"/>
        <w:tblLook w:val="04A0" w:firstRow="1" w:lastRow="0" w:firstColumn="1" w:lastColumn="0" w:noHBand="0" w:noVBand="1"/>
      </w:tblPr>
      <w:tblGrid>
        <w:gridCol w:w="5083"/>
        <w:gridCol w:w="5083"/>
      </w:tblGrid>
      <w:tr w:rsidR="00DE74A2" w14:paraId="5ADAADEA" w14:textId="77777777">
        <w:trPr>
          <w:jc w:val="center"/>
        </w:trPr>
        <w:tc>
          <w:tcPr>
            <w:tcW w:w="5083" w:type="dxa"/>
            <w:shd w:val="clear" w:color="auto" w:fill="1C6B3A"/>
            <w:tcMar>
              <w:top w:w="100" w:type="dxa"/>
              <w:left w:w="120" w:type="dxa"/>
              <w:bottom w:w="100" w:type="dxa"/>
              <w:right w:w="120" w:type="dxa"/>
            </w:tcMar>
          </w:tcPr>
          <w:p w14:paraId="5D369756" w14:textId="77777777" w:rsidR="00DE74A2" w:rsidRDefault="00B229CD">
            <w:pPr>
              <w:jc w:val="center"/>
            </w:pPr>
            <w:r>
              <w:rPr>
                <w:b/>
                <w:color w:val="FFFFFF"/>
                <w:sz w:val="24"/>
              </w:rPr>
              <w:t>10</w:t>
            </w:r>
          </w:p>
        </w:tc>
        <w:tc>
          <w:tcPr>
            <w:tcW w:w="5083" w:type="dxa"/>
            <w:shd w:val="clear" w:color="auto" w:fill="0F3F2E"/>
            <w:tcMar>
              <w:top w:w="100" w:type="dxa"/>
              <w:left w:w="120" w:type="dxa"/>
              <w:bottom w:w="100" w:type="dxa"/>
              <w:right w:w="120" w:type="dxa"/>
            </w:tcMar>
          </w:tcPr>
          <w:p w14:paraId="429C95E4" w14:textId="77777777" w:rsidR="00DE74A2" w:rsidRDefault="00B229CD">
            <w:r>
              <w:rPr>
                <w:b/>
                <w:color w:val="FFFFFF"/>
                <w:sz w:val="24"/>
              </w:rPr>
              <w:t>DELIVERY READINESS</w:t>
            </w:r>
          </w:p>
        </w:tc>
      </w:tr>
    </w:tbl>
    <w:p w14:paraId="66E5BCAB" w14:textId="77777777" w:rsidR="00DE74A2" w:rsidRDefault="00B229CD">
      <w:pPr>
        <w:spacing w:before="100" w:after="160"/>
      </w:pPr>
      <w:r>
        <w:rPr>
          <w:color w:val="5F6978"/>
          <w:sz w:val="19"/>
        </w:rPr>
        <w:t xml:space="preserve">Provide a brief early indication of the </w:t>
      </w:r>
      <w:proofErr w:type="spellStart"/>
      <w:r>
        <w:rPr>
          <w:color w:val="5F6978"/>
          <w:sz w:val="19"/>
        </w:rPr>
        <w:t>organisation’s</w:t>
      </w:r>
      <w:proofErr w:type="spellEnd"/>
      <w:r>
        <w:rPr>
          <w:color w:val="5F6978"/>
          <w:sz w:val="19"/>
        </w:rPr>
        <w:t xml:space="preserve"> capacity to develop and deliver the proposal.</w:t>
      </w:r>
    </w:p>
    <w:p w14:paraId="08D40C3B" w14:textId="77777777" w:rsidR="00DE74A2" w:rsidRDefault="00B229CD">
      <w:pPr>
        <w:pStyle w:val="Question"/>
      </w:pPr>
      <w:r>
        <w:t xml:space="preserve">Briefly describe the </w:t>
      </w:r>
      <w:proofErr w:type="spellStart"/>
      <w:r>
        <w:t>organisation’s</w:t>
      </w:r>
      <w:proofErr w:type="spellEnd"/>
      <w:r>
        <w:t xml:space="preserve"> relevant experience, delivery capacity and governance </w:t>
      </w:r>
      <w:proofErr w:type="gramStart"/>
      <w:r>
        <w:t>arrangements</w:t>
      </w:r>
      <w:r>
        <w:rPr>
          <w:b w:val="0"/>
          <w:i/>
          <w:color w:val="5F6978"/>
          <w:sz w:val="18"/>
        </w:rPr>
        <w:t xml:space="preserve">  (</w:t>
      </w:r>
      <w:proofErr w:type="gramEnd"/>
      <w:r>
        <w:rPr>
          <w:b w:val="0"/>
          <w:i/>
          <w:color w:val="5F6978"/>
          <w:sz w:val="18"/>
        </w:rPr>
        <w:t>maximum 200 words)</w:t>
      </w:r>
    </w:p>
    <w:tbl>
      <w:tblPr>
        <w:tblW w:w="0" w:type="auto"/>
        <w:jc w:val="center"/>
        <w:tblLook w:val="04A0" w:firstRow="1" w:lastRow="0" w:firstColumn="1" w:lastColumn="0" w:noHBand="0" w:noVBand="1"/>
      </w:tblPr>
      <w:tblGrid>
        <w:gridCol w:w="10166"/>
      </w:tblGrid>
      <w:tr w:rsidR="00DE74A2" w14:paraId="58BC89FB" w14:textId="77777777">
        <w:trPr>
          <w:jc w:val="center"/>
        </w:trPr>
        <w:tc>
          <w:tcPr>
            <w:tcW w:w="10166" w:type="dxa"/>
            <w:tcBorders>
              <w:top w:val="single" w:sz="6" w:space="0" w:color="D5DFD8"/>
              <w:left w:val="single" w:sz="6" w:space="0" w:color="D5DFD8"/>
              <w:bottom w:val="single" w:sz="6" w:space="0" w:color="D5DFD8"/>
              <w:right w:val="single" w:sz="6" w:space="0" w:color="D5DFD8"/>
            </w:tcBorders>
            <w:tcMar>
              <w:top w:w="120" w:type="dxa"/>
              <w:left w:w="120" w:type="dxa"/>
              <w:bottom w:w="120" w:type="dxa"/>
              <w:right w:w="120" w:type="dxa"/>
            </w:tcMar>
          </w:tcPr>
          <w:p w14:paraId="70945AB8" w14:textId="77777777" w:rsidR="00DE74A2" w:rsidRDefault="00B229CD">
            <w:pPr>
              <w:spacing w:after="0"/>
            </w:pPr>
            <w:r>
              <w:rPr>
                <w:sz w:val="20"/>
              </w:rPr>
              <w:t xml:space="preserve"> </w:t>
            </w:r>
            <w:r>
              <w:rPr>
                <w:sz w:val="20"/>
              </w:rPr>
              <w:br/>
            </w:r>
            <w:r>
              <w:rPr>
                <w:sz w:val="20"/>
              </w:rPr>
              <w:br/>
            </w:r>
            <w:r>
              <w:rPr>
                <w:sz w:val="20"/>
              </w:rPr>
              <w:br/>
            </w:r>
            <w:r>
              <w:rPr>
                <w:sz w:val="20"/>
              </w:rPr>
              <w:br/>
            </w:r>
            <w:r>
              <w:rPr>
                <w:sz w:val="20"/>
              </w:rPr>
              <w:br/>
            </w:r>
          </w:p>
        </w:tc>
      </w:tr>
    </w:tbl>
    <w:p w14:paraId="5043CB0F" w14:textId="77777777" w:rsidR="00DE74A2" w:rsidRDefault="00DE74A2">
      <w:pPr>
        <w:spacing w:after="20"/>
      </w:pPr>
    </w:p>
    <w:tbl>
      <w:tblPr>
        <w:tblW w:w="0" w:type="auto"/>
        <w:jc w:val="center"/>
        <w:tblLayout w:type="fixed"/>
        <w:tblLook w:val="04A0" w:firstRow="1" w:lastRow="0" w:firstColumn="1" w:lastColumn="0" w:noHBand="0" w:noVBand="1"/>
      </w:tblPr>
      <w:tblGrid>
        <w:gridCol w:w="5083"/>
        <w:gridCol w:w="5083"/>
      </w:tblGrid>
      <w:tr w:rsidR="00DE74A2" w14:paraId="47B3E339" w14:textId="77777777">
        <w:trPr>
          <w:jc w:val="center"/>
        </w:trPr>
        <w:tc>
          <w:tcPr>
            <w:tcW w:w="5083" w:type="dxa"/>
            <w:shd w:val="clear" w:color="auto" w:fill="1C6B3A"/>
            <w:tcMar>
              <w:top w:w="100" w:type="dxa"/>
              <w:left w:w="120" w:type="dxa"/>
              <w:bottom w:w="100" w:type="dxa"/>
              <w:right w:w="120" w:type="dxa"/>
            </w:tcMar>
          </w:tcPr>
          <w:p w14:paraId="4737E36C" w14:textId="77777777" w:rsidR="00DE74A2" w:rsidRDefault="00B229CD">
            <w:pPr>
              <w:jc w:val="center"/>
            </w:pPr>
            <w:r>
              <w:rPr>
                <w:b/>
                <w:color w:val="FFFFFF"/>
                <w:sz w:val="24"/>
              </w:rPr>
              <w:t>11</w:t>
            </w:r>
          </w:p>
        </w:tc>
        <w:tc>
          <w:tcPr>
            <w:tcW w:w="5083" w:type="dxa"/>
            <w:shd w:val="clear" w:color="auto" w:fill="0F3F2E"/>
            <w:tcMar>
              <w:top w:w="100" w:type="dxa"/>
              <w:left w:w="120" w:type="dxa"/>
              <w:bottom w:w="100" w:type="dxa"/>
              <w:right w:w="120" w:type="dxa"/>
            </w:tcMar>
          </w:tcPr>
          <w:p w14:paraId="2A6D068A" w14:textId="77777777" w:rsidR="00DE74A2" w:rsidRDefault="00B229CD">
            <w:r>
              <w:rPr>
                <w:b/>
                <w:color w:val="FFFFFF"/>
                <w:sz w:val="24"/>
              </w:rPr>
              <w:t>DECLARATIONS</w:t>
            </w:r>
          </w:p>
        </w:tc>
      </w:tr>
    </w:tbl>
    <w:p w14:paraId="3F5AC082" w14:textId="77777777" w:rsidR="00DE74A2" w:rsidRDefault="00B229CD">
      <w:pPr>
        <w:spacing w:before="100" w:after="160"/>
      </w:pPr>
      <w:r>
        <w:rPr>
          <w:color w:val="5F6978"/>
          <w:sz w:val="19"/>
        </w:rPr>
        <w:t xml:space="preserve">The </w:t>
      </w:r>
      <w:proofErr w:type="spellStart"/>
      <w:r>
        <w:rPr>
          <w:color w:val="5F6978"/>
          <w:sz w:val="19"/>
        </w:rPr>
        <w:t>authorised</w:t>
      </w:r>
      <w:proofErr w:type="spellEnd"/>
      <w:r>
        <w:rPr>
          <w:color w:val="5F6978"/>
          <w:sz w:val="19"/>
        </w:rPr>
        <w:t xml:space="preserve"> </w:t>
      </w:r>
      <w:proofErr w:type="gramStart"/>
      <w:r>
        <w:rPr>
          <w:color w:val="5F6978"/>
          <w:sz w:val="19"/>
        </w:rPr>
        <w:t>contact</w:t>
      </w:r>
      <w:proofErr w:type="gramEnd"/>
      <w:r>
        <w:rPr>
          <w:color w:val="5F6978"/>
          <w:sz w:val="19"/>
        </w:rPr>
        <w:t xml:space="preserve"> should confirm each statement before submitting the expression of interest.</w:t>
      </w:r>
    </w:p>
    <w:p w14:paraId="36A02E5E" w14:textId="77777777" w:rsidR="00DE74A2" w:rsidRDefault="00B229CD">
      <w:pPr>
        <w:ind w:left="144"/>
      </w:pPr>
      <w:proofErr w:type="gramStart"/>
      <w:r>
        <w:rPr>
          <w:sz w:val="20"/>
        </w:rPr>
        <w:t>☐  The</w:t>
      </w:r>
      <w:proofErr w:type="gramEnd"/>
      <w:r>
        <w:rPr>
          <w:sz w:val="20"/>
        </w:rPr>
        <w:t xml:space="preserve"> organisation is legally constituted.</w:t>
      </w:r>
    </w:p>
    <w:p w14:paraId="55E7AB87" w14:textId="77777777" w:rsidR="00DE74A2" w:rsidRDefault="00B229CD">
      <w:pPr>
        <w:ind w:left="144"/>
      </w:pPr>
      <w:proofErr w:type="gramStart"/>
      <w:r>
        <w:rPr>
          <w:sz w:val="20"/>
        </w:rPr>
        <w:t>☐  The</w:t>
      </w:r>
      <w:proofErr w:type="gramEnd"/>
      <w:r>
        <w:rPr>
          <w:sz w:val="20"/>
        </w:rPr>
        <w:t xml:space="preserve"> proposed activity will be delivered within Aberdeen City and/or Aberdeenshire.</w:t>
      </w:r>
    </w:p>
    <w:p w14:paraId="45009052" w14:textId="77777777" w:rsidR="00DE74A2" w:rsidRDefault="00B229CD">
      <w:pPr>
        <w:ind w:left="144"/>
      </w:pPr>
      <w:proofErr w:type="gramStart"/>
      <w:r>
        <w:rPr>
          <w:sz w:val="20"/>
        </w:rPr>
        <w:t>☐  The</w:t>
      </w:r>
      <w:proofErr w:type="gramEnd"/>
      <w:r>
        <w:rPr>
          <w:sz w:val="20"/>
        </w:rPr>
        <w:t xml:space="preserve"> project supports Green Energy and/or Digital Technology skills.</w:t>
      </w:r>
    </w:p>
    <w:p w14:paraId="1F6F96EE" w14:textId="77777777" w:rsidR="00DE74A2" w:rsidRDefault="00B229CD">
      <w:pPr>
        <w:ind w:left="144"/>
      </w:pPr>
      <w:proofErr w:type="gramStart"/>
      <w:r>
        <w:rPr>
          <w:sz w:val="20"/>
        </w:rPr>
        <w:t>☐  The</w:t>
      </w:r>
      <w:proofErr w:type="gramEnd"/>
      <w:r>
        <w:rPr>
          <w:sz w:val="20"/>
        </w:rPr>
        <w:t xml:space="preserve"> organisation is willing to provide further information if invited to submit a full application.</w:t>
      </w:r>
    </w:p>
    <w:p w14:paraId="248BBB06" w14:textId="77777777" w:rsidR="00DE74A2" w:rsidRDefault="00B229CD">
      <w:pPr>
        <w:ind w:left="144"/>
      </w:pPr>
      <w:proofErr w:type="gramStart"/>
      <w:r>
        <w:rPr>
          <w:sz w:val="20"/>
        </w:rPr>
        <w:t>☐  The</w:t>
      </w:r>
      <w:proofErr w:type="gramEnd"/>
      <w:r>
        <w:rPr>
          <w:sz w:val="20"/>
        </w:rPr>
        <w:t xml:space="preserve"> information provided is accurate to the best of my knowledge.</w:t>
      </w:r>
    </w:p>
    <w:tbl>
      <w:tblPr>
        <w:tblW w:w="0" w:type="auto"/>
        <w:jc w:val="center"/>
        <w:tblLayout w:type="fixed"/>
        <w:tblLook w:val="04A0" w:firstRow="1" w:lastRow="0" w:firstColumn="1" w:lastColumn="0" w:noHBand="0" w:noVBand="1"/>
      </w:tblPr>
      <w:tblGrid>
        <w:gridCol w:w="3168"/>
        <w:gridCol w:w="6624"/>
      </w:tblGrid>
      <w:tr w:rsidR="00DE74A2" w14:paraId="16B86293" w14:textId="77777777">
        <w:trPr>
          <w:jc w:val="center"/>
        </w:trPr>
        <w:tc>
          <w:tcPr>
            <w:tcW w:w="3168" w:type="dxa"/>
            <w:tcBorders>
              <w:bottom w:val="single" w:sz="5" w:space="0" w:color="D5DFD8"/>
            </w:tcBorders>
            <w:shd w:val="clear" w:color="auto" w:fill="F3F8F4"/>
            <w:tcMar>
              <w:top w:w="90" w:type="dxa"/>
              <w:left w:w="120" w:type="dxa"/>
              <w:bottom w:w="90" w:type="dxa"/>
              <w:right w:w="120" w:type="dxa"/>
            </w:tcMar>
          </w:tcPr>
          <w:p w14:paraId="0D909AED" w14:textId="77777777" w:rsidR="00DE74A2" w:rsidRDefault="00B229CD">
            <w:r>
              <w:rPr>
                <w:b/>
                <w:color w:val="0F3F2E"/>
                <w:sz w:val="20"/>
              </w:rPr>
              <w:t>Name</w:t>
            </w:r>
          </w:p>
        </w:tc>
        <w:tc>
          <w:tcPr>
            <w:tcW w:w="6624" w:type="dxa"/>
            <w:tcBorders>
              <w:bottom w:val="single" w:sz="5" w:space="0" w:color="D5DFD8"/>
            </w:tcBorders>
            <w:tcMar>
              <w:top w:w="90" w:type="dxa"/>
              <w:left w:w="120" w:type="dxa"/>
              <w:bottom w:w="180" w:type="dxa"/>
              <w:right w:w="120" w:type="dxa"/>
            </w:tcMar>
          </w:tcPr>
          <w:p w14:paraId="45FB2F13" w14:textId="77777777" w:rsidR="00DE74A2" w:rsidRDefault="00B229CD">
            <w:r>
              <w:rPr>
                <w:color w:val="5F6978"/>
                <w:sz w:val="19"/>
              </w:rPr>
              <w:t xml:space="preserve"> </w:t>
            </w:r>
          </w:p>
        </w:tc>
      </w:tr>
      <w:tr w:rsidR="00DE74A2" w14:paraId="32732CD9" w14:textId="77777777">
        <w:trPr>
          <w:jc w:val="center"/>
        </w:trPr>
        <w:tc>
          <w:tcPr>
            <w:tcW w:w="3168" w:type="dxa"/>
            <w:tcBorders>
              <w:bottom w:val="single" w:sz="5" w:space="0" w:color="D5DFD8"/>
            </w:tcBorders>
            <w:shd w:val="clear" w:color="auto" w:fill="F3F8F4"/>
            <w:tcMar>
              <w:top w:w="90" w:type="dxa"/>
              <w:left w:w="120" w:type="dxa"/>
              <w:bottom w:w="90" w:type="dxa"/>
              <w:right w:w="120" w:type="dxa"/>
            </w:tcMar>
          </w:tcPr>
          <w:p w14:paraId="5EF8972E" w14:textId="77777777" w:rsidR="00DE74A2" w:rsidRDefault="00B229CD">
            <w:r>
              <w:rPr>
                <w:b/>
                <w:color w:val="0F3F2E"/>
                <w:sz w:val="20"/>
              </w:rPr>
              <w:t>Position</w:t>
            </w:r>
          </w:p>
        </w:tc>
        <w:tc>
          <w:tcPr>
            <w:tcW w:w="6624" w:type="dxa"/>
            <w:tcBorders>
              <w:bottom w:val="single" w:sz="5" w:space="0" w:color="D5DFD8"/>
            </w:tcBorders>
            <w:tcMar>
              <w:top w:w="90" w:type="dxa"/>
              <w:left w:w="120" w:type="dxa"/>
              <w:bottom w:w="180" w:type="dxa"/>
              <w:right w:w="120" w:type="dxa"/>
            </w:tcMar>
          </w:tcPr>
          <w:p w14:paraId="184D15E4" w14:textId="77777777" w:rsidR="00DE74A2" w:rsidRDefault="00B229CD">
            <w:r>
              <w:rPr>
                <w:color w:val="5F6978"/>
                <w:sz w:val="19"/>
              </w:rPr>
              <w:t xml:space="preserve"> </w:t>
            </w:r>
          </w:p>
        </w:tc>
      </w:tr>
      <w:tr w:rsidR="00DE74A2" w14:paraId="404C06C1" w14:textId="77777777">
        <w:trPr>
          <w:jc w:val="center"/>
        </w:trPr>
        <w:tc>
          <w:tcPr>
            <w:tcW w:w="3168" w:type="dxa"/>
            <w:tcBorders>
              <w:bottom w:val="single" w:sz="5" w:space="0" w:color="D5DFD8"/>
            </w:tcBorders>
            <w:shd w:val="clear" w:color="auto" w:fill="F3F8F4"/>
            <w:tcMar>
              <w:top w:w="90" w:type="dxa"/>
              <w:left w:w="120" w:type="dxa"/>
              <w:bottom w:w="90" w:type="dxa"/>
              <w:right w:w="120" w:type="dxa"/>
            </w:tcMar>
          </w:tcPr>
          <w:p w14:paraId="4CCB031D" w14:textId="77777777" w:rsidR="00DE74A2" w:rsidRDefault="00B229CD">
            <w:r>
              <w:rPr>
                <w:b/>
                <w:color w:val="0F3F2E"/>
                <w:sz w:val="20"/>
              </w:rPr>
              <w:lastRenderedPageBreak/>
              <w:t>Signature</w:t>
            </w:r>
          </w:p>
        </w:tc>
        <w:tc>
          <w:tcPr>
            <w:tcW w:w="6624" w:type="dxa"/>
            <w:tcBorders>
              <w:bottom w:val="single" w:sz="5" w:space="0" w:color="D5DFD8"/>
            </w:tcBorders>
            <w:tcMar>
              <w:top w:w="90" w:type="dxa"/>
              <w:left w:w="120" w:type="dxa"/>
              <w:bottom w:w="180" w:type="dxa"/>
              <w:right w:w="120" w:type="dxa"/>
            </w:tcMar>
          </w:tcPr>
          <w:p w14:paraId="63A420E6" w14:textId="77777777" w:rsidR="00DE74A2" w:rsidRDefault="00B229CD">
            <w:r>
              <w:rPr>
                <w:color w:val="5F6978"/>
                <w:sz w:val="19"/>
              </w:rPr>
              <w:t xml:space="preserve"> </w:t>
            </w:r>
          </w:p>
        </w:tc>
      </w:tr>
      <w:tr w:rsidR="00DE74A2" w14:paraId="2A64AC0B" w14:textId="77777777">
        <w:trPr>
          <w:jc w:val="center"/>
        </w:trPr>
        <w:tc>
          <w:tcPr>
            <w:tcW w:w="3168" w:type="dxa"/>
            <w:tcBorders>
              <w:bottom w:val="single" w:sz="5" w:space="0" w:color="D5DFD8"/>
            </w:tcBorders>
            <w:shd w:val="clear" w:color="auto" w:fill="F3F8F4"/>
            <w:tcMar>
              <w:top w:w="90" w:type="dxa"/>
              <w:left w:w="120" w:type="dxa"/>
              <w:bottom w:w="90" w:type="dxa"/>
              <w:right w:w="120" w:type="dxa"/>
            </w:tcMar>
          </w:tcPr>
          <w:p w14:paraId="491072FA" w14:textId="77777777" w:rsidR="00DE74A2" w:rsidRDefault="00B229CD">
            <w:r>
              <w:rPr>
                <w:b/>
                <w:color w:val="0F3F2E"/>
                <w:sz w:val="20"/>
              </w:rPr>
              <w:t>Date</w:t>
            </w:r>
          </w:p>
        </w:tc>
        <w:tc>
          <w:tcPr>
            <w:tcW w:w="6624" w:type="dxa"/>
            <w:tcBorders>
              <w:bottom w:val="single" w:sz="5" w:space="0" w:color="D5DFD8"/>
            </w:tcBorders>
            <w:tcMar>
              <w:top w:w="90" w:type="dxa"/>
              <w:left w:w="120" w:type="dxa"/>
              <w:bottom w:w="180" w:type="dxa"/>
              <w:right w:w="120" w:type="dxa"/>
            </w:tcMar>
          </w:tcPr>
          <w:p w14:paraId="038A231B" w14:textId="77777777" w:rsidR="00DE74A2" w:rsidRDefault="00B229CD">
            <w:r>
              <w:rPr>
                <w:i/>
                <w:color w:val="5F6978"/>
                <w:sz w:val="19"/>
              </w:rPr>
              <w:t>DD / MM / YYYY</w:t>
            </w:r>
          </w:p>
        </w:tc>
      </w:tr>
    </w:tbl>
    <w:p w14:paraId="07459315" w14:textId="77777777" w:rsidR="00DE74A2" w:rsidRDefault="00DE74A2">
      <w:pPr>
        <w:spacing w:after="40"/>
      </w:pPr>
    </w:p>
    <w:tbl>
      <w:tblPr>
        <w:tblW w:w="0" w:type="auto"/>
        <w:tblLook w:val="04A0" w:firstRow="1" w:lastRow="0" w:firstColumn="1" w:lastColumn="0" w:noHBand="0" w:noVBand="1"/>
      </w:tblPr>
      <w:tblGrid>
        <w:gridCol w:w="10166"/>
      </w:tblGrid>
      <w:tr w:rsidR="00DE74A2" w14:paraId="350AE541" w14:textId="77777777">
        <w:tc>
          <w:tcPr>
            <w:tcW w:w="10166" w:type="dxa"/>
            <w:shd w:val="clear" w:color="auto" w:fill="0F3F2E"/>
            <w:tcMar>
              <w:top w:w="150" w:type="dxa"/>
              <w:left w:w="120" w:type="dxa"/>
              <w:bottom w:w="150" w:type="dxa"/>
              <w:right w:w="120" w:type="dxa"/>
            </w:tcMar>
          </w:tcPr>
          <w:p w14:paraId="55EADD87" w14:textId="77777777" w:rsidR="00DE74A2" w:rsidRDefault="00B229CD">
            <w:r>
              <w:rPr>
                <w:b/>
                <w:color w:val="CFFF73"/>
                <w:sz w:val="20"/>
              </w:rPr>
              <w:t>SUBMISSION</w:t>
            </w:r>
          </w:p>
          <w:p w14:paraId="31FE5D7B" w14:textId="77777777" w:rsidR="00DE74A2" w:rsidRDefault="00B229CD">
            <w:r>
              <w:rPr>
                <w:color w:val="FFFFFF"/>
                <w:sz w:val="20"/>
              </w:rPr>
              <w:t>Submit the completed form using the route published on the NESIZ Skills Fund webpage. Completing this expression of interest does not constitute an offer of funding.</w:t>
            </w:r>
          </w:p>
        </w:tc>
      </w:tr>
    </w:tbl>
    <w:p w14:paraId="2B147241" w14:textId="77777777" w:rsidR="00B66A51" w:rsidRDefault="00B66A51"/>
    <w:sectPr w:rsidR="00B66A51" w:rsidSect="00086E75">
      <w:headerReference w:type="default" r:id="rId12"/>
      <w:footerReference w:type="default" r:id="rId13"/>
      <w:pgSz w:w="12240" w:h="15840"/>
      <w:pgMar w:top="792" w:right="1037" w:bottom="792" w:left="1037" w:header="567"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06BBD" w14:textId="77777777" w:rsidR="006A2008" w:rsidRDefault="006A2008">
      <w:pPr>
        <w:spacing w:after="0" w:line="240" w:lineRule="auto"/>
      </w:pPr>
      <w:r>
        <w:separator/>
      </w:r>
    </w:p>
  </w:endnote>
  <w:endnote w:type="continuationSeparator" w:id="0">
    <w:p w14:paraId="0987F0E6" w14:textId="77777777" w:rsidR="006A2008" w:rsidRDefault="006A20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3799A" w14:textId="37E39458" w:rsidR="00DE74A2" w:rsidRDefault="00B229CD">
    <w:pPr>
      <w:pStyle w:val="Footer"/>
      <w:jc w:val="center"/>
    </w:pPr>
    <w:r>
      <w:rPr>
        <w:color w:val="5F6978"/>
        <w:sz w:val="16"/>
      </w:rPr>
      <w:t xml:space="preserve">NESIZ Skills Fund | Expression of Interest   |   Page </w:t>
    </w:r>
    <w:r>
      <w:fldChar w:fldCharType="begin"/>
    </w:r>
    <w:r>
      <w:instrText>PAGE</w:instrText>
    </w:r>
    <w:r>
      <w:fldChar w:fldCharType="separate"/>
    </w:r>
    <w:r w:rsidR="009F74E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E46B5" w14:textId="77777777" w:rsidR="006A2008" w:rsidRDefault="006A2008">
      <w:pPr>
        <w:spacing w:after="0" w:line="240" w:lineRule="auto"/>
      </w:pPr>
      <w:r>
        <w:separator/>
      </w:r>
    </w:p>
  </w:footnote>
  <w:footnote w:type="continuationSeparator" w:id="0">
    <w:p w14:paraId="4C1419DA" w14:textId="77777777" w:rsidR="006A2008" w:rsidRDefault="006A20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32398" w14:textId="6D4B00AB" w:rsidR="00DE74A2" w:rsidRDefault="00DE74A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52732792">
    <w:abstractNumId w:val="8"/>
  </w:num>
  <w:num w:numId="2" w16cid:durableId="1178301959">
    <w:abstractNumId w:val="4"/>
  </w:num>
  <w:num w:numId="3" w16cid:durableId="1340084248">
    <w:abstractNumId w:val="6"/>
  </w:num>
  <w:num w:numId="4" w16cid:durableId="144661718">
    <w:abstractNumId w:val="7"/>
  </w:num>
  <w:num w:numId="5" w16cid:durableId="1868718989">
    <w:abstractNumId w:val="3"/>
  </w:num>
  <w:num w:numId="6" w16cid:durableId="2102869809">
    <w:abstractNumId w:val="0"/>
  </w:num>
  <w:num w:numId="7" w16cid:durableId="32731182">
    <w:abstractNumId w:val="1"/>
  </w:num>
  <w:num w:numId="8" w16cid:durableId="569114759">
    <w:abstractNumId w:val="5"/>
  </w:num>
  <w:num w:numId="9" w16cid:durableId="6180754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0880"/>
    <w:rsid w:val="00034616"/>
    <w:rsid w:val="0006063C"/>
    <w:rsid w:val="00086E75"/>
    <w:rsid w:val="000E628A"/>
    <w:rsid w:val="000F4ACD"/>
    <w:rsid w:val="0015074B"/>
    <w:rsid w:val="0029639D"/>
    <w:rsid w:val="002B0248"/>
    <w:rsid w:val="002C2114"/>
    <w:rsid w:val="002E50A3"/>
    <w:rsid w:val="00326F90"/>
    <w:rsid w:val="00333BAC"/>
    <w:rsid w:val="00343CC7"/>
    <w:rsid w:val="003A0961"/>
    <w:rsid w:val="003B7510"/>
    <w:rsid w:val="00410348"/>
    <w:rsid w:val="0041319B"/>
    <w:rsid w:val="00430CBB"/>
    <w:rsid w:val="0043223E"/>
    <w:rsid w:val="00463C19"/>
    <w:rsid w:val="004750A1"/>
    <w:rsid w:val="004F4D48"/>
    <w:rsid w:val="005B3EE7"/>
    <w:rsid w:val="006057BB"/>
    <w:rsid w:val="006552B0"/>
    <w:rsid w:val="006A2008"/>
    <w:rsid w:val="006E2FBB"/>
    <w:rsid w:val="00703078"/>
    <w:rsid w:val="007630CE"/>
    <w:rsid w:val="007B6EB4"/>
    <w:rsid w:val="00932E41"/>
    <w:rsid w:val="00946061"/>
    <w:rsid w:val="009728FA"/>
    <w:rsid w:val="00974155"/>
    <w:rsid w:val="009A35B1"/>
    <w:rsid w:val="009A6849"/>
    <w:rsid w:val="009D30F0"/>
    <w:rsid w:val="009D4282"/>
    <w:rsid w:val="009F74E5"/>
    <w:rsid w:val="00A71327"/>
    <w:rsid w:val="00AA1D8D"/>
    <w:rsid w:val="00AB263D"/>
    <w:rsid w:val="00B03871"/>
    <w:rsid w:val="00B1207F"/>
    <w:rsid w:val="00B229CD"/>
    <w:rsid w:val="00B41652"/>
    <w:rsid w:val="00B47730"/>
    <w:rsid w:val="00B66A51"/>
    <w:rsid w:val="00C324BF"/>
    <w:rsid w:val="00C545EF"/>
    <w:rsid w:val="00CB0664"/>
    <w:rsid w:val="00CB5F33"/>
    <w:rsid w:val="00CB6DA9"/>
    <w:rsid w:val="00CC404D"/>
    <w:rsid w:val="00CD0EFE"/>
    <w:rsid w:val="00CD7326"/>
    <w:rsid w:val="00D2582E"/>
    <w:rsid w:val="00D425E7"/>
    <w:rsid w:val="00D56A8B"/>
    <w:rsid w:val="00D76167"/>
    <w:rsid w:val="00DC1B74"/>
    <w:rsid w:val="00DE74A2"/>
    <w:rsid w:val="00E67F64"/>
    <w:rsid w:val="00E82B0E"/>
    <w:rsid w:val="00F360CB"/>
    <w:rsid w:val="00F82546"/>
    <w:rsid w:val="00FC693F"/>
    <w:rsid w:val="072744CA"/>
    <w:rsid w:val="07A20852"/>
    <w:rsid w:val="0E07B8DA"/>
    <w:rsid w:val="1EBC09BD"/>
    <w:rsid w:val="2A8F4A18"/>
    <w:rsid w:val="2EEA8779"/>
    <w:rsid w:val="37B8139F"/>
    <w:rsid w:val="463E04E3"/>
    <w:rsid w:val="5C4F7B98"/>
    <w:rsid w:val="7F3772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EE9113C8-A0E3-4ACD-B4C1-9BAAB8A67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color w:val="3D4655"/>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3"/>
      </w:numPr>
      <w:contextualSpacing/>
    </w:pPr>
  </w:style>
  <w:style w:type="paragraph" w:styleId="ListBullet3">
    <w:name w:val="List Bullet 3"/>
    <w:basedOn w:val="Normal"/>
    <w:uiPriority w:val="99"/>
    <w:unhideWhenUsed/>
    <w:rsid w:val="00326F90"/>
    <w:pPr>
      <w:numPr>
        <w:numId w:val="8"/>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9"/>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Question">
    <w:name w:val="Question"/>
    <w:pPr>
      <w:keepNext/>
      <w:spacing w:before="100" w:after="80"/>
    </w:pPr>
    <w:rPr>
      <w:rFonts w:ascii="Aptos" w:hAnsi="Aptos"/>
      <w:b/>
      <w:color w:val="0F3F2E"/>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c02de1c-286f-4105-a7be-9a975ef2efca" xsi:nil="true"/>
    <lcf76f155ced4ddcb4097134ff3c332f xmlns="00bb69a3-eae9-4150-85bc-1dede7efa8f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71778A4A0ADCD46A6E9004D668CFFBD" ma:contentTypeVersion="11" ma:contentTypeDescription="Create a new document." ma:contentTypeScope="" ma:versionID="39d2796e2ddba9227e256ad80c149cfc">
  <xsd:schema xmlns:xsd="http://www.w3.org/2001/XMLSchema" xmlns:xs="http://www.w3.org/2001/XMLSchema" xmlns:p="http://schemas.microsoft.com/office/2006/metadata/properties" xmlns:ns2="00bb69a3-eae9-4150-85bc-1dede7efa8f1" xmlns:ns3="9c02de1c-286f-4105-a7be-9a975ef2efca" targetNamespace="http://schemas.microsoft.com/office/2006/metadata/properties" ma:root="true" ma:fieldsID="ac07d5033a7c5440a99ef66f19770cf7" ns2:_="" ns3:_="">
    <xsd:import namespace="00bb69a3-eae9-4150-85bc-1dede7efa8f1"/>
    <xsd:import namespace="9c02de1c-286f-4105-a7be-9a975ef2efc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bb69a3-eae9-4150-85bc-1dede7efa8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c9237bb-78b7-42cf-81ab-aa5abb9ec15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c02de1c-286f-4105-a7be-9a975ef2efc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29994-ce6d-4f70-9036-87f19e3a86d9}" ma:internalName="TaxCatchAll" ma:showField="CatchAllData" ma:web="9c02de1c-286f-4105-a7be-9a975ef2ef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3F6AB3-0A9C-4C8F-9F13-9F1A7C32B23E}">
  <ds:schemaRefs>
    <ds:schemaRef ds:uri="http://schemas.microsoft.com/office/2006/metadata/properties"/>
    <ds:schemaRef ds:uri="http://schemas.microsoft.com/office/infopath/2007/PartnerControls"/>
    <ds:schemaRef ds:uri="9c02de1c-286f-4105-a7be-9a975ef2efca"/>
    <ds:schemaRef ds:uri="00bb69a3-eae9-4150-85bc-1dede7efa8f1"/>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2CD62027-F123-4004-B803-8B6578C0E0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bb69a3-eae9-4150-85bc-1dede7efa8f1"/>
    <ds:schemaRef ds:uri="9c02de1c-286f-4105-a7be-9a975ef2ef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E36328E-11BD-4A45-9AA5-58151B90A0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9</Pages>
  <Words>1150</Words>
  <Characters>6423</Characters>
  <Application>Microsoft Office Word</Application>
  <DocSecurity>0</DocSecurity>
  <Lines>338</Lines>
  <Paragraphs>210</Paragraphs>
  <ScaleCrop>false</ScaleCrop>
  <Manager/>
  <Company/>
  <LinksUpToDate>false</LinksUpToDate>
  <CharactersWithSpaces>7363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NESIZ Skills Fund Expression of Interest Form</dc:title>
  <dc:subject>Expression of Interest Form</dc:subject>
  <dc:creator>Suzanne Robertson</dc:creator>
  <cp:keywords>NESIZ, Skills Fund, Expression of Interest</cp:keywords>
  <dc:description>generated by python-docx</dc:description>
  <cp:lastModifiedBy>Louise Tait</cp:lastModifiedBy>
  <cp:revision>59</cp:revision>
  <dcterms:created xsi:type="dcterms:W3CDTF">2026-08-27T14:08:00Z</dcterms:created>
  <dcterms:modified xsi:type="dcterms:W3CDTF">2026-08-27T14:57:00Z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0x010100771778A4A0ADCD46A6E9004D668CFFBD</vt:lpwstr>
  </property>
  <property fmtid="{D5CDD505-2E9C-101B-9397-08002B2CF9AE}" pid="3" name="docLang">
    <vt:lpwstr>en</vt:lpwstr>
  </property>
  <property fmtid="{D5CDD505-2E9C-101B-9397-08002B2CF9AE}" pid="4" name="MediaServiceImageTags">
    <vt:lpwstr/>
  </property>
</Properties>
</file>